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EF7" w:rsidRDefault="006F7592" w:rsidP="006F7592">
      <w:pPr>
        <w:bidi/>
      </w:pPr>
      <w:r>
        <w:rPr>
          <w:rFonts w:cs="Arial"/>
          <w:b/>
          <w:bCs/>
          <w:color w:val="961E32"/>
          <w:sz w:val="48"/>
          <w:szCs w:val="48"/>
          <w:rtl/>
        </w:rPr>
        <w:t>تحرّك</w:t>
      </w:r>
      <w:r>
        <w:rPr>
          <w:b/>
          <w:color w:val="961E32"/>
          <w:sz w:val="48"/>
        </w:rPr>
        <w:t xml:space="preserve"> </w:t>
      </w:r>
      <w:r>
        <w:rPr>
          <w:rFonts w:cs="Arial"/>
          <w:b/>
          <w:bCs/>
          <w:color w:val="961E32"/>
          <w:sz w:val="48"/>
          <w:szCs w:val="48"/>
          <w:rtl/>
        </w:rPr>
        <w:t>اليوم</w:t>
      </w:r>
      <w:r>
        <w:rPr>
          <w:b/>
          <w:color w:val="961E32"/>
          <w:sz w:val="48"/>
        </w:rPr>
        <w:t xml:space="preserve"> </w:t>
      </w:r>
      <w:r>
        <w:rPr>
          <w:rFonts w:cs="Arial"/>
          <w:b/>
          <w:bCs/>
          <w:color w:val="961E32"/>
          <w:sz w:val="48"/>
          <w:szCs w:val="48"/>
          <w:rtl/>
        </w:rPr>
        <w:t>لرعاية</w:t>
      </w:r>
      <w:r>
        <w:rPr>
          <w:b/>
          <w:color w:val="961E32"/>
          <w:sz w:val="48"/>
        </w:rPr>
        <w:t xml:space="preserve"> </w:t>
      </w:r>
      <w:r>
        <w:rPr>
          <w:rFonts w:cs="Arial"/>
          <w:b/>
          <w:bCs/>
          <w:color w:val="961E32"/>
          <w:sz w:val="48"/>
          <w:szCs w:val="48"/>
          <w:rtl/>
        </w:rPr>
        <w:t>آمنة</w:t>
      </w:r>
      <w:r>
        <w:rPr>
          <w:b/>
          <w:color w:val="961E32"/>
          <w:sz w:val="48"/>
        </w:rPr>
        <w:t xml:space="preserve"> </w:t>
      </w:r>
      <w:r>
        <w:rPr>
          <w:rFonts w:cs="Arial"/>
          <w:b/>
          <w:bCs/>
          <w:color w:val="961E32"/>
          <w:sz w:val="48"/>
          <w:szCs w:val="48"/>
          <w:rtl/>
        </w:rPr>
        <w:t>وحياة</w:t>
      </w:r>
      <w:r>
        <w:rPr>
          <w:b/>
          <w:color w:val="961E32"/>
          <w:sz w:val="48"/>
        </w:rPr>
        <w:t xml:space="preserve"> </w:t>
      </w:r>
      <w:r>
        <w:rPr>
          <w:rFonts w:cs="Arial"/>
          <w:b/>
          <w:bCs/>
          <w:color w:val="961E32"/>
          <w:sz w:val="48"/>
          <w:szCs w:val="48"/>
          <w:rtl/>
        </w:rPr>
        <w:t>أفضل</w:t>
      </w:r>
    </w:p>
    <w:p w:rsidR="00034EF7" w:rsidRDefault="006F7592" w:rsidP="006F7592">
      <w:pPr>
        <w:bidi/>
      </w:pPr>
      <w:r>
        <w:rPr>
          <w:rFonts w:cs="Arial"/>
          <w:b/>
          <w:bCs/>
          <w:color w:val="235078"/>
          <w:sz w:val="34"/>
          <w:szCs w:val="34"/>
          <w:rtl/>
        </w:rPr>
        <w:t>اعرف</w:t>
      </w:r>
      <w:r>
        <w:rPr>
          <w:b/>
          <w:color w:val="235078"/>
          <w:sz w:val="34"/>
        </w:rPr>
        <w:t xml:space="preserve"> </w:t>
      </w:r>
      <w:r>
        <w:rPr>
          <w:rFonts w:cs="Arial"/>
          <w:b/>
          <w:bCs/>
          <w:color w:val="235078"/>
          <w:sz w:val="34"/>
          <w:szCs w:val="34"/>
          <w:rtl/>
        </w:rPr>
        <w:t>أرقامك</w:t>
      </w:r>
      <w:r>
        <w:rPr>
          <w:b/>
          <w:color w:val="235078"/>
          <w:sz w:val="34"/>
        </w:rPr>
        <w:t xml:space="preserve">... </w:t>
      </w:r>
      <w:r>
        <w:rPr>
          <w:rFonts w:cs="Arial"/>
          <w:b/>
          <w:bCs/>
          <w:color w:val="235078"/>
          <w:sz w:val="34"/>
          <w:szCs w:val="34"/>
          <w:rtl/>
        </w:rPr>
        <w:t>ودور</w:t>
      </w:r>
      <w:r>
        <w:rPr>
          <w:b/>
          <w:color w:val="235078"/>
          <w:sz w:val="34"/>
        </w:rPr>
        <w:t xml:space="preserve"> </w:t>
      </w:r>
      <w:r>
        <w:rPr>
          <w:rFonts w:cs="Arial"/>
          <w:b/>
          <w:bCs/>
          <w:color w:val="235078"/>
          <w:sz w:val="34"/>
          <w:szCs w:val="34"/>
          <w:rtl/>
        </w:rPr>
        <w:t>مختبر</w:t>
      </w:r>
      <w:r>
        <w:rPr>
          <w:b/>
          <w:color w:val="235078"/>
          <w:sz w:val="34"/>
        </w:rPr>
        <w:t xml:space="preserve"> </w:t>
      </w:r>
      <w:r>
        <w:rPr>
          <w:rFonts w:cs="Arial"/>
          <w:b/>
          <w:bCs/>
          <w:color w:val="235078"/>
          <w:sz w:val="34"/>
          <w:szCs w:val="34"/>
          <w:rtl/>
        </w:rPr>
        <w:t>القلب</w:t>
      </w:r>
      <w:r>
        <w:rPr>
          <w:b/>
          <w:color w:val="235078"/>
          <w:sz w:val="34"/>
        </w:rPr>
        <w:t xml:space="preserve"> </w:t>
      </w:r>
      <w:r>
        <w:rPr>
          <w:rFonts w:cs="Arial"/>
          <w:b/>
          <w:bCs/>
          <w:color w:val="235078"/>
          <w:sz w:val="34"/>
          <w:szCs w:val="34"/>
          <w:rtl/>
        </w:rPr>
        <w:t>في</w:t>
      </w:r>
      <w:r>
        <w:rPr>
          <w:b/>
          <w:color w:val="235078"/>
          <w:sz w:val="34"/>
        </w:rPr>
        <w:t xml:space="preserve"> </w:t>
      </w:r>
      <w:r>
        <w:rPr>
          <w:rFonts w:cs="Arial"/>
          <w:b/>
          <w:bCs/>
          <w:color w:val="235078"/>
          <w:sz w:val="34"/>
          <w:szCs w:val="34"/>
          <w:rtl/>
        </w:rPr>
        <w:t>الكشف</w:t>
      </w:r>
      <w:r>
        <w:rPr>
          <w:b/>
          <w:color w:val="235078"/>
          <w:sz w:val="34"/>
        </w:rPr>
        <w:t xml:space="preserve"> </w:t>
      </w:r>
      <w:r>
        <w:rPr>
          <w:rFonts w:cs="Arial"/>
          <w:b/>
          <w:bCs/>
          <w:color w:val="235078"/>
          <w:sz w:val="34"/>
          <w:szCs w:val="34"/>
          <w:rtl/>
        </w:rPr>
        <w:t>المبكر</w:t>
      </w:r>
      <w:r>
        <w:rPr>
          <w:b/>
          <w:color w:val="235078"/>
          <w:sz w:val="34"/>
        </w:rPr>
        <w:t xml:space="preserve"> </w:t>
      </w:r>
      <w:r>
        <w:rPr>
          <w:rFonts w:cs="Arial"/>
          <w:b/>
          <w:bCs/>
          <w:color w:val="235078"/>
          <w:sz w:val="34"/>
          <w:szCs w:val="34"/>
          <w:rtl/>
        </w:rPr>
        <w:t>عن</w:t>
      </w:r>
      <w:r>
        <w:rPr>
          <w:b/>
          <w:color w:val="235078"/>
          <w:sz w:val="34"/>
        </w:rPr>
        <w:t xml:space="preserve"> </w:t>
      </w:r>
      <w:r>
        <w:rPr>
          <w:rFonts w:cs="Arial"/>
          <w:b/>
          <w:bCs/>
          <w:color w:val="235078"/>
          <w:sz w:val="34"/>
          <w:szCs w:val="34"/>
          <w:rtl/>
        </w:rPr>
        <w:t>الأمراض</w:t>
      </w:r>
      <w:r>
        <w:rPr>
          <w:b/>
          <w:color w:val="235078"/>
          <w:sz w:val="34"/>
        </w:rPr>
        <w:t xml:space="preserve"> </w:t>
      </w:r>
      <w:r>
        <w:rPr>
          <w:rFonts w:cs="Arial"/>
          <w:b/>
          <w:bCs/>
          <w:color w:val="235078"/>
          <w:sz w:val="34"/>
          <w:szCs w:val="34"/>
          <w:rtl/>
        </w:rPr>
        <w:t>غير</w:t>
      </w:r>
      <w:r>
        <w:rPr>
          <w:b/>
          <w:color w:val="235078"/>
          <w:sz w:val="34"/>
        </w:rPr>
        <w:t xml:space="preserve"> </w:t>
      </w:r>
      <w:r>
        <w:rPr>
          <w:rFonts w:cs="Arial"/>
          <w:b/>
          <w:bCs/>
          <w:color w:val="235078"/>
          <w:sz w:val="34"/>
          <w:szCs w:val="34"/>
          <w:rtl/>
        </w:rPr>
        <w:t>السارية</w:t>
      </w:r>
    </w:p>
    <w:p w:rsidR="00034EF7" w:rsidRDefault="006F7592" w:rsidP="006F7592">
      <w:pPr>
        <w:bidi/>
      </w:pPr>
      <w:r>
        <w:rPr>
          <w:rFonts w:cs="Arial"/>
          <w:i/>
          <w:iCs/>
          <w:rtl/>
        </w:rPr>
        <w:t>محتوى</w:t>
      </w:r>
      <w:r>
        <w:rPr>
          <w:i/>
        </w:rPr>
        <w:t xml:space="preserve"> </w:t>
      </w:r>
      <w:r>
        <w:rPr>
          <w:rFonts w:cs="Arial"/>
          <w:i/>
          <w:iCs/>
          <w:rtl/>
        </w:rPr>
        <w:t>توعوي</w:t>
      </w:r>
      <w:r>
        <w:rPr>
          <w:i/>
        </w:rPr>
        <w:t xml:space="preserve"> </w:t>
      </w:r>
      <w:r>
        <w:rPr>
          <w:rFonts w:cs="Arial"/>
          <w:i/>
          <w:iCs/>
          <w:rtl/>
        </w:rPr>
        <w:t>علمي</w:t>
      </w:r>
      <w:r>
        <w:rPr>
          <w:i/>
        </w:rPr>
        <w:t xml:space="preserve"> </w:t>
      </w:r>
      <w:r>
        <w:rPr>
          <w:rFonts w:cs="Arial"/>
          <w:i/>
          <w:iCs/>
          <w:rtl/>
        </w:rPr>
        <w:t>لموقع</w:t>
      </w:r>
      <w:r>
        <w:rPr>
          <w:i/>
        </w:rPr>
        <w:t xml:space="preserve"> </w:t>
      </w:r>
      <w:r>
        <w:rPr>
          <w:rFonts w:cs="Arial"/>
          <w:i/>
          <w:iCs/>
          <w:rtl/>
        </w:rPr>
        <w:t>يوم</w:t>
      </w:r>
      <w:r>
        <w:rPr>
          <w:i/>
        </w:rPr>
        <w:t xml:space="preserve"> </w:t>
      </w:r>
      <w:r>
        <w:rPr>
          <w:rFonts w:cs="Arial"/>
          <w:i/>
          <w:iCs/>
          <w:rtl/>
        </w:rPr>
        <w:t>التغيير</w:t>
      </w:r>
      <w:r>
        <w:rPr>
          <w:i/>
        </w:rPr>
        <w:t xml:space="preserve"> – </w:t>
      </w:r>
      <w:r>
        <w:rPr>
          <w:rFonts w:cs="Arial"/>
          <w:i/>
          <w:iCs/>
          <w:rtl/>
        </w:rPr>
        <w:t>مختبر</w:t>
      </w:r>
      <w:r>
        <w:rPr>
          <w:i/>
        </w:rPr>
        <w:t xml:space="preserve"> </w:t>
      </w:r>
      <w:r>
        <w:rPr>
          <w:rFonts w:cs="Arial"/>
          <w:i/>
          <w:iCs/>
          <w:rtl/>
        </w:rPr>
        <w:t>القلب</w:t>
      </w:r>
    </w:p>
    <w:p w:rsidR="00034EF7" w:rsidRDefault="00034EF7" w:rsidP="006F7592"/>
    <w:p w:rsidR="00034EF7" w:rsidRDefault="006F7592" w:rsidP="006F7592">
      <w:pPr>
        <w:pStyle w:val="Heading1"/>
        <w:bidi/>
      </w:pPr>
      <w:r>
        <w:rPr>
          <w:rFonts w:ascii="Arial" w:hAnsi="Arial"/>
          <w:color w:val="781423"/>
          <w:sz w:val="34"/>
        </w:rPr>
        <w:t xml:space="preserve">1. </w:t>
      </w:r>
      <w:r>
        <w:rPr>
          <w:rFonts w:ascii="Arial" w:hAnsi="Arial" w:cs="Arial"/>
          <w:color w:val="781423"/>
          <w:sz w:val="34"/>
          <w:szCs w:val="34"/>
          <w:rtl/>
        </w:rPr>
        <w:t>مقدمة</w:t>
      </w:r>
    </w:p>
    <w:p w:rsidR="00034EF7" w:rsidRDefault="006F7592" w:rsidP="006F7592">
      <w:pPr>
        <w:bidi/>
      </w:pPr>
      <w:r>
        <w:rPr>
          <w:rFonts w:cs="Arial"/>
          <w:rtl/>
        </w:rPr>
        <w:t>الأمراض</w:t>
      </w:r>
      <w:r>
        <w:t xml:space="preserve"> </w:t>
      </w:r>
      <w:r>
        <w:rPr>
          <w:rFonts w:cs="Arial"/>
          <w:rtl/>
        </w:rPr>
        <w:t>غير</w:t>
      </w:r>
      <w:r>
        <w:t xml:space="preserve"> </w:t>
      </w:r>
      <w:r>
        <w:rPr>
          <w:rFonts w:cs="Arial"/>
          <w:rtl/>
        </w:rPr>
        <w:t>السارية</w:t>
      </w:r>
      <w:r>
        <w:t xml:space="preserve"> </w:t>
      </w:r>
      <w:r>
        <w:rPr>
          <w:rFonts w:cs="Arial"/>
          <w:rtl/>
        </w:rPr>
        <w:t>هي</w:t>
      </w:r>
      <w:r>
        <w:t xml:space="preserve"> </w:t>
      </w:r>
      <w:r>
        <w:rPr>
          <w:rFonts w:cs="Arial"/>
          <w:rtl/>
        </w:rPr>
        <w:t>أمراض</w:t>
      </w:r>
      <w:r>
        <w:t xml:space="preserve"> </w:t>
      </w:r>
      <w:r>
        <w:rPr>
          <w:rFonts w:cs="Arial"/>
          <w:rtl/>
        </w:rPr>
        <w:t>مزمنة</w:t>
      </w:r>
      <w:r>
        <w:t xml:space="preserve"> </w:t>
      </w:r>
      <w:r>
        <w:rPr>
          <w:rFonts w:cs="Arial"/>
          <w:rtl/>
        </w:rPr>
        <w:t>وطويلة</w:t>
      </w:r>
      <w:r>
        <w:t xml:space="preserve"> </w:t>
      </w:r>
      <w:r>
        <w:rPr>
          <w:rFonts w:cs="Arial"/>
          <w:rtl/>
        </w:rPr>
        <w:t>الأمد،</w:t>
      </w:r>
      <w:r>
        <w:t xml:space="preserve"> </w:t>
      </w:r>
      <w:r>
        <w:rPr>
          <w:rFonts w:cs="Arial"/>
          <w:rtl/>
        </w:rPr>
        <w:t>وتشمل</w:t>
      </w:r>
      <w:r>
        <w:t xml:space="preserve"> </w:t>
      </w:r>
      <w:r>
        <w:rPr>
          <w:rFonts w:cs="Arial"/>
          <w:rtl/>
        </w:rPr>
        <w:t>بصورة</w:t>
      </w:r>
      <w:r>
        <w:t xml:space="preserve"> </w:t>
      </w:r>
      <w:r>
        <w:rPr>
          <w:rFonts w:cs="Arial"/>
          <w:rtl/>
        </w:rPr>
        <w:t>رئيسية</w:t>
      </w:r>
      <w:r>
        <w:t xml:space="preserve"> </w:t>
      </w:r>
      <w:r>
        <w:rPr>
          <w:rFonts w:cs="Arial"/>
          <w:rtl/>
        </w:rPr>
        <w:t>أمراض</w:t>
      </w:r>
      <w:r>
        <w:t xml:space="preserve"> </w:t>
      </w:r>
      <w:r>
        <w:rPr>
          <w:rFonts w:cs="Arial"/>
          <w:rtl/>
        </w:rPr>
        <w:t>القلب</w:t>
      </w:r>
      <w:r>
        <w:t xml:space="preserve"> </w:t>
      </w:r>
      <w:r>
        <w:rPr>
          <w:rFonts w:cs="Arial"/>
          <w:rtl/>
        </w:rPr>
        <w:t>والأوعية</w:t>
      </w:r>
      <w:r>
        <w:t xml:space="preserve"> </w:t>
      </w:r>
      <w:r>
        <w:rPr>
          <w:rFonts w:cs="Arial"/>
          <w:rtl/>
        </w:rPr>
        <w:t>الدموية،</w:t>
      </w:r>
      <w:r>
        <w:t xml:space="preserve"> </w:t>
      </w:r>
      <w:r>
        <w:rPr>
          <w:rFonts w:cs="Arial"/>
          <w:rtl/>
        </w:rPr>
        <w:t>والسرطان،</w:t>
      </w:r>
      <w:r>
        <w:t xml:space="preserve"> </w:t>
      </w:r>
      <w:r>
        <w:rPr>
          <w:rFonts w:cs="Arial"/>
          <w:rtl/>
        </w:rPr>
        <w:t>والأمراض</w:t>
      </w:r>
      <w:r>
        <w:t xml:space="preserve"> </w:t>
      </w:r>
      <w:r>
        <w:rPr>
          <w:rFonts w:cs="Arial"/>
          <w:rtl/>
        </w:rPr>
        <w:t>التنفسية</w:t>
      </w:r>
      <w:r>
        <w:t xml:space="preserve"> </w:t>
      </w:r>
      <w:r>
        <w:rPr>
          <w:rFonts w:cs="Arial"/>
          <w:rtl/>
        </w:rPr>
        <w:t>المزمنة،</w:t>
      </w:r>
      <w:r>
        <w:t xml:space="preserve"> </w:t>
      </w:r>
      <w:r>
        <w:rPr>
          <w:rFonts w:cs="Arial"/>
          <w:rtl/>
        </w:rPr>
        <w:t>وداء</w:t>
      </w:r>
      <w:r>
        <w:t xml:space="preserve"> </w:t>
      </w:r>
      <w:r>
        <w:rPr>
          <w:rFonts w:cs="Arial"/>
          <w:rtl/>
        </w:rPr>
        <w:t>السكري</w:t>
      </w:r>
      <w:r>
        <w:t xml:space="preserve">. </w:t>
      </w:r>
      <w:r>
        <w:rPr>
          <w:rFonts w:cs="Arial"/>
          <w:rtl/>
        </w:rPr>
        <w:t>وتشير</w:t>
      </w:r>
      <w:r>
        <w:t xml:space="preserve"> </w:t>
      </w:r>
      <w:r>
        <w:rPr>
          <w:rFonts w:cs="Arial"/>
          <w:rtl/>
        </w:rPr>
        <w:t>منظمة</w:t>
      </w:r>
      <w:r>
        <w:t xml:space="preserve"> </w:t>
      </w:r>
      <w:r>
        <w:rPr>
          <w:rFonts w:cs="Arial"/>
          <w:rtl/>
        </w:rPr>
        <w:t>الصحة</w:t>
      </w:r>
      <w:r>
        <w:t xml:space="preserve"> </w:t>
      </w:r>
      <w:r>
        <w:rPr>
          <w:rFonts w:cs="Arial"/>
          <w:rtl/>
        </w:rPr>
        <w:t>العالمية</w:t>
      </w:r>
      <w:r>
        <w:t xml:space="preserve"> </w:t>
      </w:r>
      <w:r>
        <w:rPr>
          <w:rFonts w:cs="Arial"/>
          <w:rtl/>
        </w:rPr>
        <w:t>إلى</w:t>
      </w:r>
      <w:r>
        <w:t xml:space="preserve"> </w:t>
      </w:r>
      <w:r>
        <w:rPr>
          <w:rFonts w:cs="Arial"/>
          <w:rtl/>
        </w:rPr>
        <w:t>أن</w:t>
      </w:r>
      <w:r>
        <w:t xml:space="preserve"> </w:t>
      </w:r>
      <w:r>
        <w:rPr>
          <w:rFonts w:cs="Arial"/>
          <w:rtl/>
        </w:rPr>
        <w:t>الأمراض</w:t>
      </w:r>
      <w:r>
        <w:t xml:space="preserve"> </w:t>
      </w:r>
      <w:r>
        <w:rPr>
          <w:rFonts w:cs="Arial"/>
          <w:rtl/>
        </w:rPr>
        <w:t>غير</w:t>
      </w:r>
      <w:r>
        <w:t xml:space="preserve"> </w:t>
      </w:r>
      <w:r>
        <w:rPr>
          <w:rFonts w:cs="Arial"/>
          <w:rtl/>
        </w:rPr>
        <w:t>السارية</w:t>
      </w:r>
      <w:r>
        <w:t xml:space="preserve"> </w:t>
      </w:r>
      <w:r>
        <w:rPr>
          <w:rFonts w:cs="Arial"/>
          <w:rtl/>
        </w:rPr>
        <w:t>تمثل</w:t>
      </w:r>
      <w:r>
        <w:t xml:space="preserve"> </w:t>
      </w:r>
      <w:r>
        <w:rPr>
          <w:rFonts w:cs="Arial"/>
          <w:rtl/>
        </w:rPr>
        <w:t>عبئًا</w:t>
      </w:r>
      <w:r>
        <w:t xml:space="preserve"> </w:t>
      </w:r>
      <w:r>
        <w:rPr>
          <w:rFonts w:cs="Arial"/>
          <w:rtl/>
        </w:rPr>
        <w:t>صحيًا</w:t>
      </w:r>
      <w:r>
        <w:t xml:space="preserve"> </w:t>
      </w:r>
      <w:r>
        <w:rPr>
          <w:rFonts w:cs="Arial"/>
          <w:rtl/>
        </w:rPr>
        <w:t>عالميًا</w:t>
      </w:r>
      <w:r>
        <w:t xml:space="preserve"> </w:t>
      </w:r>
      <w:r>
        <w:rPr>
          <w:rFonts w:cs="Arial"/>
          <w:rtl/>
        </w:rPr>
        <w:t>كبيرًا،</w:t>
      </w:r>
      <w:r>
        <w:t xml:space="preserve"> </w:t>
      </w:r>
      <w:r>
        <w:rPr>
          <w:rFonts w:cs="Arial"/>
          <w:rtl/>
        </w:rPr>
        <w:t>وأن</w:t>
      </w:r>
      <w:r>
        <w:t xml:space="preserve"> </w:t>
      </w:r>
      <w:r>
        <w:rPr>
          <w:rFonts w:cs="Arial"/>
          <w:rtl/>
        </w:rPr>
        <w:t>الكشف</w:t>
      </w:r>
      <w:r>
        <w:t xml:space="preserve"> </w:t>
      </w:r>
      <w:r>
        <w:rPr>
          <w:rFonts w:cs="Arial"/>
          <w:rtl/>
        </w:rPr>
        <w:t>المبكر</w:t>
      </w:r>
      <w:r>
        <w:t xml:space="preserve"> </w:t>
      </w:r>
      <w:r>
        <w:rPr>
          <w:rFonts w:cs="Arial"/>
          <w:rtl/>
        </w:rPr>
        <w:t>والفحص</w:t>
      </w:r>
      <w:r>
        <w:t xml:space="preserve"> </w:t>
      </w:r>
      <w:r>
        <w:rPr>
          <w:rFonts w:cs="Arial"/>
          <w:rtl/>
        </w:rPr>
        <w:t>والعلاج</w:t>
      </w:r>
      <w:r>
        <w:t xml:space="preserve"> </w:t>
      </w:r>
      <w:r>
        <w:rPr>
          <w:rFonts w:cs="Arial"/>
          <w:rtl/>
        </w:rPr>
        <w:t>من</w:t>
      </w:r>
      <w:r>
        <w:t xml:space="preserve"> </w:t>
      </w:r>
      <w:r>
        <w:rPr>
          <w:rFonts w:cs="Arial"/>
          <w:rtl/>
        </w:rPr>
        <w:t>المكونات</w:t>
      </w:r>
      <w:r>
        <w:t xml:space="preserve"> </w:t>
      </w:r>
      <w:r>
        <w:rPr>
          <w:rFonts w:cs="Arial"/>
          <w:rtl/>
        </w:rPr>
        <w:t>الأساسية</w:t>
      </w:r>
      <w:r>
        <w:t xml:space="preserve"> </w:t>
      </w:r>
      <w:r>
        <w:rPr>
          <w:rFonts w:cs="Arial"/>
          <w:rtl/>
        </w:rPr>
        <w:t>للوقاية</w:t>
      </w:r>
      <w:r>
        <w:t xml:space="preserve"> </w:t>
      </w:r>
      <w:r>
        <w:rPr>
          <w:rFonts w:cs="Arial"/>
          <w:rtl/>
        </w:rPr>
        <w:t>والسيطرة</w:t>
      </w:r>
      <w:r>
        <w:t xml:space="preserve"> </w:t>
      </w:r>
      <w:r>
        <w:rPr>
          <w:rFonts w:cs="Arial"/>
          <w:rtl/>
        </w:rPr>
        <w:t>عليها</w:t>
      </w:r>
      <w:r>
        <w:t>.</w:t>
      </w:r>
    </w:p>
    <w:p w:rsidR="00034EF7" w:rsidRDefault="006F7592" w:rsidP="006F7592">
      <w:pPr>
        <w:bidi/>
      </w:pPr>
      <w:r>
        <w:rPr>
          <w:rFonts w:cs="Arial"/>
          <w:rtl/>
        </w:rPr>
        <w:t>قد</w:t>
      </w:r>
      <w:r>
        <w:t xml:space="preserve"> </w:t>
      </w:r>
      <w:r>
        <w:rPr>
          <w:rFonts w:cs="Arial"/>
          <w:rtl/>
        </w:rPr>
        <w:t>تتطور</w:t>
      </w:r>
      <w:r>
        <w:t xml:space="preserve"> </w:t>
      </w:r>
      <w:r>
        <w:rPr>
          <w:rFonts w:cs="Arial"/>
          <w:rtl/>
        </w:rPr>
        <w:t>بعض</w:t>
      </w:r>
      <w:r>
        <w:t xml:space="preserve"> </w:t>
      </w:r>
      <w:r>
        <w:rPr>
          <w:rFonts w:cs="Arial"/>
          <w:rtl/>
        </w:rPr>
        <w:t>عوامل</w:t>
      </w:r>
      <w:r>
        <w:t xml:space="preserve"> </w:t>
      </w:r>
      <w:r>
        <w:rPr>
          <w:rFonts w:cs="Arial"/>
          <w:rtl/>
        </w:rPr>
        <w:t>الخطورة</w:t>
      </w:r>
      <w:r>
        <w:t xml:space="preserve"> </w:t>
      </w:r>
      <w:r>
        <w:rPr>
          <w:rFonts w:cs="Arial"/>
          <w:rtl/>
        </w:rPr>
        <w:t>دون</w:t>
      </w:r>
      <w:r>
        <w:t xml:space="preserve"> </w:t>
      </w:r>
      <w:r>
        <w:rPr>
          <w:rFonts w:cs="Arial"/>
          <w:rtl/>
        </w:rPr>
        <w:t>ظهور</w:t>
      </w:r>
      <w:r>
        <w:t xml:space="preserve"> </w:t>
      </w:r>
      <w:r>
        <w:rPr>
          <w:rFonts w:cs="Arial"/>
          <w:rtl/>
        </w:rPr>
        <w:t>أعراض</w:t>
      </w:r>
      <w:r>
        <w:t xml:space="preserve"> </w:t>
      </w:r>
      <w:r>
        <w:rPr>
          <w:rFonts w:cs="Arial"/>
          <w:rtl/>
        </w:rPr>
        <w:t>واضحة،</w:t>
      </w:r>
      <w:r>
        <w:t xml:space="preserve"> </w:t>
      </w:r>
      <w:r>
        <w:rPr>
          <w:rFonts w:cs="Arial"/>
          <w:rtl/>
        </w:rPr>
        <w:t>ومن</w:t>
      </w:r>
      <w:r>
        <w:t xml:space="preserve"> </w:t>
      </w:r>
      <w:r>
        <w:rPr>
          <w:rFonts w:cs="Arial"/>
          <w:rtl/>
        </w:rPr>
        <w:t>أهم</w:t>
      </w:r>
      <w:r>
        <w:t xml:space="preserve"> </w:t>
      </w:r>
      <w:r>
        <w:rPr>
          <w:rFonts w:cs="Arial"/>
          <w:rtl/>
        </w:rPr>
        <w:t>عوامل</w:t>
      </w:r>
      <w:r>
        <w:t xml:space="preserve"> </w:t>
      </w:r>
      <w:r>
        <w:rPr>
          <w:rFonts w:cs="Arial"/>
          <w:rtl/>
        </w:rPr>
        <w:t>الخطورة</w:t>
      </w:r>
      <w:r>
        <w:t xml:space="preserve"> </w:t>
      </w:r>
      <w:r>
        <w:rPr>
          <w:rFonts w:cs="Arial"/>
          <w:rtl/>
        </w:rPr>
        <w:t>الأيضية</w:t>
      </w:r>
      <w:r>
        <w:t xml:space="preserve">: </w:t>
      </w:r>
      <w:r>
        <w:rPr>
          <w:rFonts w:cs="Arial"/>
          <w:rtl/>
        </w:rPr>
        <w:t>ارتفاع</w:t>
      </w:r>
      <w:r>
        <w:t xml:space="preserve"> </w:t>
      </w:r>
      <w:r>
        <w:rPr>
          <w:rFonts w:cs="Arial"/>
          <w:rtl/>
        </w:rPr>
        <w:t>ضغط</w:t>
      </w:r>
      <w:r>
        <w:t xml:space="preserve"> </w:t>
      </w:r>
      <w:r>
        <w:rPr>
          <w:rFonts w:cs="Arial"/>
          <w:rtl/>
        </w:rPr>
        <w:t>الدم،</w:t>
      </w:r>
      <w:r>
        <w:t xml:space="preserve"> </w:t>
      </w:r>
      <w:r>
        <w:rPr>
          <w:rFonts w:cs="Arial"/>
          <w:rtl/>
        </w:rPr>
        <w:t>وارتفاع</w:t>
      </w:r>
      <w:r>
        <w:t xml:space="preserve"> </w:t>
      </w:r>
      <w:r>
        <w:rPr>
          <w:rFonts w:cs="Arial"/>
          <w:rtl/>
        </w:rPr>
        <w:t>سكر</w:t>
      </w:r>
      <w:r>
        <w:t xml:space="preserve"> </w:t>
      </w:r>
      <w:r>
        <w:rPr>
          <w:rFonts w:cs="Arial"/>
          <w:rtl/>
        </w:rPr>
        <w:t>الدم،</w:t>
      </w:r>
      <w:r>
        <w:t xml:space="preserve"> </w:t>
      </w:r>
      <w:r>
        <w:rPr>
          <w:rFonts w:cs="Arial"/>
          <w:rtl/>
        </w:rPr>
        <w:t>واضطراب</w:t>
      </w:r>
      <w:r>
        <w:t xml:space="preserve"> </w:t>
      </w:r>
      <w:r>
        <w:rPr>
          <w:rFonts w:cs="Arial"/>
          <w:rtl/>
        </w:rPr>
        <w:t>دهنيات</w:t>
      </w:r>
      <w:r>
        <w:t xml:space="preserve"> </w:t>
      </w:r>
      <w:r>
        <w:rPr>
          <w:rFonts w:cs="Arial"/>
          <w:rtl/>
        </w:rPr>
        <w:t>الدم،</w:t>
      </w:r>
      <w:r>
        <w:t xml:space="preserve"> </w:t>
      </w:r>
      <w:r>
        <w:rPr>
          <w:rFonts w:cs="Arial"/>
          <w:rtl/>
        </w:rPr>
        <w:t>وزيادة</w:t>
      </w:r>
      <w:r>
        <w:t xml:space="preserve"> </w:t>
      </w:r>
      <w:r>
        <w:rPr>
          <w:rFonts w:cs="Arial"/>
          <w:rtl/>
        </w:rPr>
        <w:t>الوزن</w:t>
      </w:r>
      <w:r>
        <w:t xml:space="preserve"> </w:t>
      </w:r>
      <w:r>
        <w:rPr>
          <w:rFonts w:cs="Arial"/>
          <w:rtl/>
        </w:rPr>
        <w:t>والسمنة</w:t>
      </w:r>
      <w:r>
        <w:t xml:space="preserve">. </w:t>
      </w:r>
      <w:r>
        <w:rPr>
          <w:rFonts w:cs="Arial"/>
          <w:rtl/>
        </w:rPr>
        <w:t>لذلك</w:t>
      </w:r>
      <w:r>
        <w:t xml:space="preserve"> </w:t>
      </w:r>
      <w:r>
        <w:rPr>
          <w:rFonts w:cs="Arial"/>
          <w:rtl/>
        </w:rPr>
        <w:t>فإن</w:t>
      </w:r>
      <w:r>
        <w:t xml:space="preserve"> </w:t>
      </w:r>
      <w:r>
        <w:rPr>
          <w:rFonts w:cs="Arial"/>
          <w:rtl/>
        </w:rPr>
        <w:t>معرفة</w:t>
      </w:r>
      <w:r>
        <w:t xml:space="preserve"> </w:t>
      </w:r>
      <w:r>
        <w:rPr>
          <w:rFonts w:cs="Arial"/>
          <w:rtl/>
        </w:rPr>
        <w:t>المؤشرات</w:t>
      </w:r>
      <w:r>
        <w:t xml:space="preserve"> </w:t>
      </w:r>
      <w:r>
        <w:rPr>
          <w:rFonts w:cs="Arial"/>
          <w:rtl/>
        </w:rPr>
        <w:t>الصحية</w:t>
      </w:r>
      <w:r>
        <w:t xml:space="preserve"> </w:t>
      </w:r>
      <w:r>
        <w:rPr>
          <w:rFonts w:cs="Arial"/>
          <w:rtl/>
        </w:rPr>
        <w:t>وإجراء</w:t>
      </w:r>
      <w:r>
        <w:t xml:space="preserve"> </w:t>
      </w:r>
      <w:r>
        <w:rPr>
          <w:rFonts w:cs="Arial"/>
          <w:rtl/>
        </w:rPr>
        <w:t>الفحوصات</w:t>
      </w:r>
      <w:r>
        <w:t xml:space="preserve"> </w:t>
      </w:r>
      <w:r>
        <w:rPr>
          <w:rFonts w:cs="Arial"/>
          <w:rtl/>
        </w:rPr>
        <w:t>المناسبة</w:t>
      </w:r>
      <w:r>
        <w:t xml:space="preserve"> </w:t>
      </w:r>
      <w:r>
        <w:rPr>
          <w:rFonts w:cs="Arial"/>
          <w:rtl/>
        </w:rPr>
        <w:t>حسب</w:t>
      </w:r>
      <w:r>
        <w:t xml:space="preserve"> </w:t>
      </w:r>
      <w:r>
        <w:rPr>
          <w:rFonts w:cs="Arial"/>
          <w:rtl/>
        </w:rPr>
        <w:t>تقييم</w:t>
      </w:r>
      <w:r>
        <w:t xml:space="preserve"> </w:t>
      </w:r>
      <w:r>
        <w:rPr>
          <w:rFonts w:cs="Arial"/>
          <w:rtl/>
        </w:rPr>
        <w:t>الطبيب</w:t>
      </w:r>
      <w:r>
        <w:t xml:space="preserve"> </w:t>
      </w:r>
      <w:r>
        <w:rPr>
          <w:rFonts w:cs="Arial"/>
          <w:rtl/>
        </w:rPr>
        <w:t>يمكن</w:t>
      </w:r>
      <w:r>
        <w:t xml:space="preserve"> </w:t>
      </w:r>
      <w:r>
        <w:rPr>
          <w:rFonts w:cs="Arial"/>
          <w:rtl/>
        </w:rPr>
        <w:t>أن</w:t>
      </w:r>
      <w:r>
        <w:t xml:space="preserve"> </w:t>
      </w:r>
      <w:r>
        <w:rPr>
          <w:rFonts w:cs="Arial"/>
          <w:rtl/>
        </w:rPr>
        <w:t>يساهم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الكشف</w:t>
      </w:r>
      <w:r>
        <w:t xml:space="preserve"> </w:t>
      </w:r>
      <w:r>
        <w:rPr>
          <w:rFonts w:cs="Arial"/>
          <w:rtl/>
        </w:rPr>
        <w:t>المبكر</w:t>
      </w:r>
      <w:r>
        <w:t xml:space="preserve"> </w:t>
      </w:r>
      <w:r>
        <w:rPr>
          <w:rFonts w:cs="Arial"/>
          <w:rtl/>
        </w:rPr>
        <w:t>عن</w:t>
      </w:r>
      <w:r>
        <w:t xml:space="preserve"> </w:t>
      </w:r>
      <w:r>
        <w:rPr>
          <w:rFonts w:cs="Arial"/>
          <w:rtl/>
        </w:rPr>
        <w:t>عوامل</w:t>
      </w:r>
      <w:r>
        <w:t xml:space="preserve"> </w:t>
      </w:r>
      <w:r>
        <w:rPr>
          <w:rFonts w:cs="Arial"/>
          <w:rtl/>
        </w:rPr>
        <w:t>الخطورة</w:t>
      </w:r>
      <w:r>
        <w:t xml:space="preserve"> </w:t>
      </w:r>
      <w:r>
        <w:rPr>
          <w:rFonts w:cs="Arial"/>
          <w:rtl/>
        </w:rPr>
        <w:t>وتحسين</w:t>
      </w:r>
      <w:r>
        <w:t xml:space="preserve"> </w:t>
      </w:r>
      <w:r>
        <w:rPr>
          <w:rFonts w:cs="Arial"/>
          <w:rtl/>
        </w:rPr>
        <w:t>فرص</w:t>
      </w:r>
      <w:r>
        <w:t xml:space="preserve"> </w:t>
      </w:r>
      <w:r>
        <w:rPr>
          <w:rFonts w:cs="Arial"/>
          <w:rtl/>
        </w:rPr>
        <w:t>الوقاية</w:t>
      </w:r>
      <w:r>
        <w:t xml:space="preserve"> </w:t>
      </w:r>
      <w:r>
        <w:rPr>
          <w:rFonts w:cs="Arial"/>
          <w:rtl/>
        </w:rPr>
        <w:t>والمتابعة</w:t>
      </w:r>
      <w:r>
        <w:t>.</w:t>
      </w:r>
    </w:p>
    <w:p w:rsidR="00034EF7" w:rsidRDefault="006F7592" w:rsidP="006F7592">
      <w:pPr>
        <w:pStyle w:val="Heading1"/>
        <w:bidi/>
      </w:pPr>
      <w:r>
        <w:rPr>
          <w:rFonts w:ascii="Arial" w:hAnsi="Arial"/>
          <w:color w:val="781423"/>
          <w:sz w:val="34"/>
        </w:rPr>
        <w:t xml:space="preserve">2. </w:t>
      </w:r>
      <w:r>
        <w:rPr>
          <w:rFonts w:ascii="Arial" w:hAnsi="Arial" w:cs="Arial"/>
          <w:color w:val="781423"/>
          <w:sz w:val="34"/>
          <w:szCs w:val="34"/>
          <w:rtl/>
        </w:rPr>
        <w:t>ما</w:t>
      </w:r>
      <w:r>
        <w:rPr>
          <w:rFonts w:ascii="Arial" w:hAnsi="Arial"/>
          <w:color w:val="781423"/>
          <w:sz w:val="34"/>
        </w:rPr>
        <w:t xml:space="preserve"> </w:t>
      </w:r>
      <w:r>
        <w:rPr>
          <w:rFonts w:ascii="Arial" w:hAnsi="Arial" w:cs="Arial"/>
          <w:color w:val="781423"/>
          <w:sz w:val="34"/>
          <w:szCs w:val="34"/>
          <w:rtl/>
        </w:rPr>
        <w:t>دور</w:t>
      </w:r>
      <w:r>
        <w:rPr>
          <w:rFonts w:ascii="Arial" w:hAnsi="Arial"/>
          <w:color w:val="781423"/>
          <w:sz w:val="34"/>
        </w:rPr>
        <w:t xml:space="preserve"> </w:t>
      </w:r>
      <w:r>
        <w:rPr>
          <w:rFonts w:ascii="Arial" w:hAnsi="Arial" w:cs="Arial"/>
          <w:color w:val="781423"/>
          <w:sz w:val="34"/>
          <w:szCs w:val="34"/>
          <w:rtl/>
        </w:rPr>
        <w:t>مختبر</w:t>
      </w:r>
      <w:r>
        <w:rPr>
          <w:rFonts w:ascii="Arial" w:hAnsi="Arial"/>
          <w:color w:val="781423"/>
          <w:sz w:val="34"/>
        </w:rPr>
        <w:t xml:space="preserve"> </w:t>
      </w:r>
      <w:r>
        <w:rPr>
          <w:rFonts w:ascii="Arial" w:hAnsi="Arial" w:cs="Arial"/>
          <w:color w:val="781423"/>
          <w:sz w:val="34"/>
          <w:szCs w:val="34"/>
          <w:rtl/>
        </w:rPr>
        <w:t>القلب؟</w:t>
      </w:r>
    </w:p>
    <w:p w:rsidR="00034EF7" w:rsidRDefault="006F7592" w:rsidP="006F7592">
      <w:pPr>
        <w:bidi/>
      </w:pPr>
      <w:r>
        <w:rPr>
          <w:rFonts w:cs="Arial"/>
          <w:rtl/>
        </w:rPr>
        <w:t>يساهم</w:t>
      </w:r>
      <w:r>
        <w:t xml:space="preserve"> </w:t>
      </w:r>
      <w:r>
        <w:rPr>
          <w:rFonts w:cs="Arial"/>
          <w:rtl/>
        </w:rPr>
        <w:t>المختبر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تقديم</w:t>
      </w:r>
      <w:r>
        <w:t xml:space="preserve"> </w:t>
      </w:r>
      <w:r>
        <w:rPr>
          <w:rFonts w:cs="Arial"/>
          <w:rtl/>
        </w:rPr>
        <w:t>نتائج</w:t>
      </w:r>
      <w:r>
        <w:t xml:space="preserve"> </w:t>
      </w:r>
      <w:r>
        <w:rPr>
          <w:rFonts w:cs="Arial"/>
          <w:rtl/>
        </w:rPr>
        <w:t>مخبرية</w:t>
      </w:r>
      <w:r>
        <w:t xml:space="preserve"> </w:t>
      </w:r>
      <w:r>
        <w:rPr>
          <w:rFonts w:cs="Arial"/>
          <w:rtl/>
        </w:rPr>
        <w:t>دقيقة</w:t>
      </w:r>
      <w:r>
        <w:t xml:space="preserve"> </w:t>
      </w:r>
      <w:r>
        <w:rPr>
          <w:rFonts w:cs="Arial"/>
          <w:rtl/>
        </w:rPr>
        <w:t>وموثوقة</w:t>
      </w:r>
      <w:r>
        <w:t xml:space="preserve"> </w:t>
      </w:r>
      <w:r>
        <w:rPr>
          <w:rFonts w:cs="Arial"/>
          <w:rtl/>
        </w:rPr>
        <w:t>تساعد</w:t>
      </w:r>
      <w:r>
        <w:t xml:space="preserve"> </w:t>
      </w:r>
      <w:r>
        <w:rPr>
          <w:rFonts w:cs="Arial"/>
          <w:rtl/>
        </w:rPr>
        <w:t>الفريق</w:t>
      </w:r>
      <w:r>
        <w:t xml:space="preserve"> </w:t>
      </w:r>
      <w:r>
        <w:rPr>
          <w:rFonts w:cs="Arial"/>
          <w:rtl/>
        </w:rPr>
        <w:t>الطبي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تقييم</w:t>
      </w:r>
      <w:r>
        <w:t xml:space="preserve"> </w:t>
      </w:r>
      <w:r>
        <w:rPr>
          <w:rFonts w:cs="Arial"/>
          <w:rtl/>
        </w:rPr>
        <w:t>الحالة</w:t>
      </w:r>
      <w:r>
        <w:t xml:space="preserve"> </w:t>
      </w:r>
      <w:r>
        <w:rPr>
          <w:rFonts w:cs="Arial"/>
          <w:rtl/>
        </w:rPr>
        <w:t>الصحية</w:t>
      </w:r>
      <w:r>
        <w:t xml:space="preserve"> </w:t>
      </w:r>
      <w:r>
        <w:rPr>
          <w:rFonts w:cs="Arial"/>
          <w:rtl/>
        </w:rPr>
        <w:t>واتخاذ</w:t>
      </w:r>
      <w:r>
        <w:t xml:space="preserve"> </w:t>
      </w:r>
      <w:r>
        <w:rPr>
          <w:rFonts w:cs="Arial"/>
          <w:rtl/>
        </w:rPr>
        <w:t>القرار</w:t>
      </w:r>
      <w:r>
        <w:t xml:space="preserve"> </w:t>
      </w:r>
      <w:r>
        <w:rPr>
          <w:rFonts w:cs="Arial"/>
          <w:rtl/>
        </w:rPr>
        <w:t>المناسب</w:t>
      </w:r>
      <w:r>
        <w:t xml:space="preserve">. </w:t>
      </w:r>
      <w:r>
        <w:rPr>
          <w:rFonts w:cs="Arial"/>
          <w:rtl/>
        </w:rPr>
        <w:t>وتشمل</w:t>
      </w:r>
      <w:r>
        <w:t xml:space="preserve"> </w:t>
      </w:r>
      <w:r>
        <w:rPr>
          <w:rFonts w:cs="Arial"/>
          <w:rtl/>
        </w:rPr>
        <w:t>مساهمة</w:t>
      </w:r>
      <w:r>
        <w:t xml:space="preserve"> </w:t>
      </w:r>
      <w:r>
        <w:rPr>
          <w:rFonts w:cs="Arial"/>
          <w:rtl/>
        </w:rPr>
        <w:t>المختبر</w:t>
      </w:r>
      <w:r>
        <w:t>:</w:t>
      </w:r>
    </w:p>
    <w:p w:rsidR="00034EF7" w:rsidRDefault="006F7592" w:rsidP="006F7592">
      <w:pPr>
        <w:pStyle w:val="ListBullet"/>
        <w:bidi/>
      </w:pPr>
      <w:r>
        <w:rPr>
          <w:rFonts w:cs="Arial"/>
          <w:rtl/>
        </w:rPr>
        <w:t>الكشف</w:t>
      </w:r>
      <w:r>
        <w:t xml:space="preserve"> </w:t>
      </w:r>
      <w:r>
        <w:rPr>
          <w:rFonts w:cs="Arial"/>
          <w:rtl/>
        </w:rPr>
        <w:t>المبكر</w:t>
      </w:r>
      <w:r>
        <w:t xml:space="preserve"> </w:t>
      </w:r>
      <w:r>
        <w:rPr>
          <w:rFonts w:cs="Arial"/>
          <w:rtl/>
        </w:rPr>
        <w:t>عن</w:t>
      </w:r>
      <w:r>
        <w:t xml:space="preserve"> </w:t>
      </w:r>
      <w:r>
        <w:rPr>
          <w:rFonts w:cs="Arial"/>
          <w:rtl/>
        </w:rPr>
        <w:t>بعض</w:t>
      </w:r>
      <w:r>
        <w:t xml:space="preserve"> </w:t>
      </w:r>
      <w:r>
        <w:rPr>
          <w:rFonts w:cs="Arial"/>
          <w:rtl/>
        </w:rPr>
        <w:t>عوامل</w:t>
      </w:r>
      <w:r>
        <w:t xml:space="preserve"> </w:t>
      </w:r>
      <w:r>
        <w:rPr>
          <w:rFonts w:cs="Arial"/>
          <w:rtl/>
        </w:rPr>
        <w:t>الخطورة</w:t>
      </w:r>
      <w:r>
        <w:t xml:space="preserve"> </w:t>
      </w:r>
      <w:r>
        <w:rPr>
          <w:rFonts w:cs="Arial"/>
          <w:rtl/>
        </w:rPr>
        <w:t>المرتبطة</w:t>
      </w:r>
      <w:r>
        <w:t xml:space="preserve"> </w:t>
      </w:r>
      <w:r>
        <w:rPr>
          <w:rFonts w:cs="Arial"/>
          <w:rtl/>
        </w:rPr>
        <w:t>بالأمراض</w:t>
      </w:r>
      <w:r>
        <w:t xml:space="preserve"> </w:t>
      </w:r>
      <w:r>
        <w:rPr>
          <w:rFonts w:cs="Arial"/>
          <w:rtl/>
        </w:rPr>
        <w:t>غير</w:t>
      </w:r>
      <w:r>
        <w:t xml:space="preserve"> </w:t>
      </w:r>
      <w:r>
        <w:rPr>
          <w:rFonts w:cs="Arial"/>
          <w:rtl/>
        </w:rPr>
        <w:t>السارية</w:t>
      </w:r>
      <w:r>
        <w:t>.</w:t>
      </w:r>
    </w:p>
    <w:p w:rsidR="00034EF7" w:rsidRDefault="006F7592" w:rsidP="006F7592">
      <w:pPr>
        <w:pStyle w:val="ListBullet"/>
        <w:bidi/>
      </w:pPr>
      <w:r>
        <w:rPr>
          <w:rFonts w:cs="Arial"/>
          <w:rtl/>
        </w:rPr>
        <w:t>دعم</w:t>
      </w:r>
      <w:r>
        <w:t xml:space="preserve"> </w:t>
      </w:r>
      <w:r>
        <w:rPr>
          <w:rFonts w:cs="Arial"/>
          <w:rtl/>
        </w:rPr>
        <w:t>تشخيص</w:t>
      </w:r>
      <w:r>
        <w:t xml:space="preserve"> </w:t>
      </w:r>
      <w:r>
        <w:rPr>
          <w:rFonts w:cs="Arial"/>
          <w:rtl/>
        </w:rPr>
        <w:t>الأمراض</w:t>
      </w:r>
      <w:r>
        <w:t xml:space="preserve"> </w:t>
      </w:r>
      <w:r>
        <w:rPr>
          <w:rFonts w:cs="Arial"/>
          <w:rtl/>
        </w:rPr>
        <w:t>عند</w:t>
      </w:r>
      <w:r>
        <w:t xml:space="preserve"> </w:t>
      </w:r>
      <w:r>
        <w:rPr>
          <w:rFonts w:cs="Arial"/>
          <w:rtl/>
        </w:rPr>
        <w:t>تفسير</w:t>
      </w:r>
      <w:r>
        <w:t xml:space="preserve"> </w:t>
      </w:r>
      <w:r>
        <w:rPr>
          <w:rFonts w:cs="Arial"/>
          <w:rtl/>
        </w:rPr>
        <w:t>النتائج</w:t>
      </w:r>
      <w:r>
        <w:t xml:space="preserve"> </w:t>
      </w:r>
      <w:r>
        <w:rPr>
          <w:rFonts w:cs="Arial"/>
          <w:rtl/>
        </w:rPr>
        <w:t>مع</w:t>
      </w:r>
      <w:r>
        <w:t xml:space="preserve"> </w:t>
      </w:r>
      <w:r>
        <w:rPr>
          <w:rFonts w:cs="Arial"/>
          <w:rtl/>
        </w:rPr>
        <w:t>الأعراض</w:t>
      </w:r>
      <w:r>
        <w:t xml:space="preserve"> </w:t>
      </w:r>
      <w:r>
        <w:rPr>
          <w:rFonts w:cs="Arial"/>
          <w:rtl/>
        </w:rPr>
        <w:t>والفحص</w:t>
      </w:r>
      <w:r>
        <w:t xml:space="preserve"> </w:t>
      </w:r>
      <w:r>
        <w:rPr>
          <w:rFonts w:cs="Arial"/>
          <w:rtl/>
        </w:rPr>
        <w:t>السريري</w:t>
      </w:r>
      <w:r>
        <w:t xml:space="preserve"> </w:t>
      </w:r>
      <w:r>
        <w:rPr>
          <w:rFonts w:cs="Arial"/>
          <w:rtl/>
        </w:rPr>
        <w:t>والتاريخ</w:t>
      </w:r>
      <w:r>
        <w:t xml:space="preserve"> </w:t>
      </w:r>
      <w:r>
        <w:rPr>
          <w:rFonts w:cs="Arial"/>
          <w:rtl/>
        </w:rPr>
        <w:t>المرضي</w:t>
      </w:r>
      <w:r>
        <w:t>.</w:t>
      </w:r>
    </w:p>
    <w:p w:rsidR="00034EF7" w:rsidRDefault="006F7592" w:rsidP="006F7592">
      <w:pPr>
        <w:pStyle w:val="ListBullet"/>
        <w:bidi/>
      </w:pPr>
      <w:r>
        <w:rPr>
          <w:rFonts w:cs="Arial"/>
          <w:rtl/>
        </w:rPr>
        <w:t>متابعة</w:t>
      </w:r>
      <w:r>
        <w:t xml:space="preserve"> </w:t>
      </w:r>
      <w:r>
        <w:rPr>
          <w:rFonts w:cs="Arial"/>
          <w:rtl/>
        </w:rPr>
        <w:t>الأمراض</w:t>
      </w:r>
      <w:r>
        <w:t xml:space="preserve"> </w:t>
      </w:r>
      <w:r>
        <w:rPr>
          <w:rFonts w:cs="Arial"/>
          <w:rtl/>
        </w:rPr>
        <w:t>المزمنة</w:t>
      </w:r>
      <w:r>
        <w:t xml:space="preserve"> </w:t>
      </w:r>
      <w:r>
        <w:rPr>
          <w:rFonts w:cs="Arial"/>
          <w:rtl/>
        </w:rPr>
        <w:t>والاستجابة</w:t>
      </w:r>
      <w:r>
        <w:t xml:space="preserve"> </w:t>
      </w:r>
      <w:r>
        <w:rPr>
          <w:rFonts w:cs="Arial"/>
          <w:rtl/>
        </w:rPr>
        <w:t>للعلاج</w:t>
      </w:r>
      <w:r>
        <w:t>.</w:t>
      </w:r>
    </w:p>
    <w:p w:rsidR="00034EF7" w:rsidRDefault="006F7592" w:rsidP="006F7592">
      <w:pPr>
        <w:pStyle w:val="ListBullet"/>
        <w:bidi/>
      </w:pPr>
      <w:r>
        <w:rPr>
          <w:rFonts w:cs="Arial"/>
          <w:rtl/>
        </w:rPr>
        <w:t>المساعدة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تقييم</w:t>
      </w:r>
      <w:r>
        <w:t xml:space="preserve"> </w:t>
      </w:r>
      <w:r>
        <w:rPr>
          <w:rFonts w:cs="Arial"/>
          <w:rtl/>
        </w:rPr>
        <w:t>خطر</w:t>
      </w:r>
      <w:r>
        <w:t xml:space="preserve"> </w:t>
      </w:r>
      <w:r>
        <w:rPr>
          <w:rFonts w:cs="Arial"/>
          <w:rtl/>
        </w:rPr>
        <w:t>الإصابة</w:t>
      </w:r>
      <w:r>
        <w:t xml:space="preserve"> </w:t>
      </w:r>
      <w:r>
        <w:rPr>
          <w:rFonts w:cs="Arial"/>
          <w:rtl/>
        </w:rPr>
        <w:t>بالمضاعفات</w:t>
      </w:r>
      <w:r>
        <w:t>.</w:t>
      </w:r>
    </w:p>
    <w:p w:rsidR="00034EF7" w:rsidRDefault="006F7592" w:rsidP="006F7592">
      <w:pPr>
        <w:pStyle w:val="ListBullet"/>
        <w:bidi/>
      </w:pPr>
      <w:r>
        <w:rPr>
          <w:rFonts w:cs="Arial"/>
          <w:rtl/>
        </w:rPr>
        <w:t>تقديم</w:t>
      </w:r>
      <w:r>
        <w:t xml:space="preserve"> </w:t>
      </w:r>
      <w:r>
        <w:rPr>
          <w:rFonts w:cs="Arial"/>
          <w:rtl/>
        </w:rPr>
        <w:t>معلومات</w:t>
      </w:r>
      <w:r>
        <w:t xml:space="preserve"> </w:t>
      </w:r>
      <w:r>
        <w:rPr>
          <w:rFonts w:cs="Arial"/>
          <w:rtl/>
        </w:rPr>
        <w:t>مخبرية</w:t>
      </w:r>
      <w:r>
        <w:t xml:space="preserve"> </w:t>
      </w:r>
      <w:r>
        <w:rPr>
          <w:rFonts w:cs="Arial"/>
          <w:rtl/>
        </w:rPr>
        <w:t>تدعم</w:t>
      </w:r>
      <w:r>
        <w:t xml:space="preserve"> </w:t>
      </w:r>
      <w:r>
        <w:rPr>
          <w:rFonts w:cs="Arial"/>
          <w:rtl/>
        </w:rPr>
        <w:t>الرعاية</w:t>
      </w:r>
      <w:r>
        <w:t xml:space="preserve"> </w:t>
      </w:r>
      <w:r>
        <w:rPr>
          <w:rFonts w:cs="Arial"/>
          <w:rtl/>
        </w:rPr>
        <w:t>الآمنة</w:t>
      </w:r>
      <w:r>
        <w:t xml:space="preserve"> </w:t>
      </w:r>
      <w:r>
        <w:rPr>
          <w:rFonts w:cs="Arial"/>
          <w:rtl/>
        </w:rPr>
        <w:t>واتخاذ</w:t>
      </w:r>
      <w:r>
        <w:t xml:space="preserve"> </w:t>
      </w:r>
      <w:r>
        <w:rPr>
          <w:rFonts w:cs="Arial"/>
          <w:rtl/>
        </w:rPr>
        <w:t>القرار</w:t>
      </w:r>
      <w:r>
        <w:t xml:space="preserve"> </w:t>
      </w:r>
      <w:r>
        <w:rPr>
          <w:rFonts w:cs="Arial"/>
          <w:rtl/>
        </w:rPr>
        <w:t>الطبي</w:t>
      </w:r>
      <w:r>
        <w:t>.</w:t>
      </w:r>
    </w:p>
    <w:p w:rsidR="00034EF7" w:rsidRDefault="006F7592" w:rsidP="006F7592">
      <w:pPr>
        <w:bidi/>
      </w:pPr>
      <w:r>
        <w:rPr>
          <w:rFonts w:cs="Arial"/>
          <w:rtl/>
        </w:rPr>
        <w:t>تنبيه</w:t>
      </w:r>
      <w:r>
        <w:t xml:space="preserve"> </w:t>
      </w:r>
      <w:r>
        <w:rPr>
          <w:rFonts w:cs="Arial"/>
          <w:rtl/>
        </w:rPr>
        <w:t>علمي</w:t>
      </w:r>
      <w:r>
        <w:t xml:space="preserve">: </w:t>
      </w:r>
      <w:r>
        <w:rPr>
          <w:rFonts w:cs="Arial"/>
          <w:rtl/>
        </w:rPr>
        <w:t>لا</w:t>
      </w:r>
      <w:r>
        <w:t xml:space="preserve"> </w:t>
      </w:r>
      <w:r>
        <w:rPr>
          <w:rFonts w:cs="Arial"/>
          <w:rtl/>
        </w:rPr>
        <w:t>يعتمد</w:t>
      </w:r>
      <w:r>
        <w:t xml:space="preserve"> </w:t>
      </w:r>
      <w:r>
        <w:rPr>
          <w:rFonts w:cs="Arial"/>
          <w:rtl/>
        </w:rPr>
        <w:t>تشخيص</w:t>
      </w:r>
      <w:r>
        <w:t xml:space="preserve"> </w:t>
      </w:r>
      <w:r>
        <w:rPr>
          <w:rFonts w:cs="Arial"/>
          <w:rtl/>
        </w:rPr>
        <w:t>المرض</w:t>
      </w:r>
      <w:r>
        <w:t xml:space="preserve"> </w:t>
      </w:r>
      <w:r>
        <w:rPr>
          <w:rFonts w:cs="Arial"/>
          <w:rtl/>
        </w:rPr>
        <w:t>على</w:t>
      </w:r>
      <w:r>
        <w:t xml:space="preserve"> </w:t>
      </w:r>
      <w:r>
        <w:rPr>
          <w:rFonts w:cs="Arial"/>
          <w:rtl/>
        </w:rPr>
        <w:t>نتيجة</w:t>
      </w:r>
      <w:r>
        <w:t xml:space="preserve"> </w:t>
      </w:r>
      <w:r>
        <w:rPr>
          <w:rFonts w:cs="Arial"/>
          <w:rtl/>
        </w:rPr>
        <w:t>فحص</w:t>
      </w:r>
      <w:r>
        <w:t xml:space="preserve"> </w:t>
      </w:r>
      <w:r>
        <w:rPr>
          <w:rFonts w:cs="Arial"/>
          <w:rtl/>
        </w:rPr>
        <w:t>مخبري</w:t>
      </w:r>
      <w:r>
        <w:t xml:space="preserve"> </w:t>
      </w:r>
      <w:r>
        <w:rPr>
          <w:rFonts w:cs="Arial"/>
          <w:rtl/>
        </w:rPr>
        <w:t>واحدة</w:t>
      </w:r>
      <w:r>
        <w:t xml:space="preserve"> </w:t>
      </w:r>
      <w:r>
        <w:rPr>
          <w:rFonts w:cs="Arial"/>
          <w:rtl/>
        </w:rPr>
        <w:t>فقط</w:t>
      </w:r>
      <w:r>
        <w:t xml:space="preserve">. </w:t>
      </w:r>
      <w:r>
        <w:rPr>
          <w:rFonts w:cs="Arial"/>
          <w:rtl/>
        </w:rPr>
        <w:t>يجب</w:t>
      </w:r>
      <w:r>
        <w:t xml:space="preserve"> </w:t>
      </w:r>
      <w:r>
        <w:rPr>
          <w:rFonts w:cs="Arial"/>
          <w:rtl/>
        </w:rPr>
        <w:t>تفسير</w:t>
      </w:r>
      <w:r>
        <w:t xml:space="preserve"> </w:t>
      </w:r>
      <w:r>
        <w:rPr>
          <w:rFonts w:cs="Arial"/>
          <w:rtl/>
        </w:rPr>
        <w:t>النتائج</w:t>
      </w:r>
      <w:r>
        <w:t xml:space="preserve"> </w:t>
      </w:r>
      <w:r>
        <w:rPr>
          <w:rFonts w:cs="Arial"/>
          <w:rtl/>
        </w:rPr>
        <w:t>من</w:t>
      </w:r>
      <w:r>
        <w:t xml:space="preserve"> </w:t>
      </w:r>
      <w:r>
        <w:rPr>
          <w:rFonts w:cs="Arial"/>
          <w:rtl/>
        </w:rPr>
        <w:t>قبل</w:t>
      </w:r>
      <w:r>
        <w:t xml:space="preserve"> </w:t>
      </w:r>
      <w:r>
        <w:rPr>
          <w:rFonts w:cs="Arial"/>
          <w:rtl/>
        </w:rPr>
        <w:t>الطبيب</w:t>
      </w:r>
      <w:r>
        <w:t xml:space="preserve"> </w:t>
      </w:r>
      <w:r>
        <w:rPr>
          <w:rFonts w:cs="Arial"/>
          <w:rtl/>
        </w:rPr>
        <w:t>أو</w:t>
      </w:r>
      <w:r>
        <w:t xml:space="preserve"> </w:t>
      </w:r>
      <w:r>
        <w:rPr>
          <w:rFonts w:cs="Arial"/>
          <w:rtl/>
        </w:rPr>
        <w:t>مقدم</w:t>
      </w:r>
      <w:r>
        <w:t xml:space="preserve"> </w:t>
      </w:r>
      <w:r>
        <w:rPr>
          <w:rFonts w:cs="Arial"/>
          <w:rtl/>
        </w:rPr>
        <w:t>الرعاية</w:t>
      </w:r>
      <w:r>
        <w:t xml:space="preserve"> </w:t>
      </w:r>
      <w:r>
        <w:rPr>
          <w:rFonts w:cs="Arial"/>
          <w:rtl/>
        </w:rPr>
        <w:t>الصحية</w:t>
      </w:r>
      <w:r>
        <w:t xml:space="preserve"> </w:t>
      </w:r>
      <w:r>
        <w:rPr>
          <w:rFonts w:cs="Arial"/>
          <w:rtl/>
        </w:rPr>
        <w:t>ضمن</w:t>
      </w:r>
      <w:r>
        <w:t xml:space="preserve"> </w:t>
      </w:r>
      <w:r>
        <w:rPr>
          <w:rFonts w:cs="Arial"/>
          <w:rtl/>
        </w:rPr>
        <w:t>السياق</w:t>
      </w:r>
      <w:r>
        <w:t xml:space="preserve"> </w:t>
      </w:r>
      <w:r>
        <w:rPr>
          <w:rFonts w:cs="Arial"/>
          <w:rtl/>
        </w:rPr>
        <w:t>السريري</w:t>
      </w:r>
      <w:r>
        <w:t xml:space="preserve"> </w:t>
      </w:r>
      <w:r>
        <w:rPr>
          <w:rFonts w:cs="Arial"/>
          <w:rtl/>
        </w:rPr>
        <w:t>الكامل</w:t>
      </w:r>
      <w:r>
        <w:t>.</w:t>
      </w:r>
    </w:p>
    <w:p w:rsidR="006F7592" w:rsidRDefault="006F7592" w:rsidP="006F7592">
      <w:pPr>
        <w:bidi/>
      </w:pPr>
      <w:r w:rsidRPr="006F7592">
        <w:rPr>
          <w:rFonts w:cs="Arial"/>
          <w:noProof/>
          <w:rtl/>
        </w:rPr>
        <w:lastRenderedPageBreak/>
        <w:drawing>
          <wp:inline distT="0" distB="0" distL="0" distR="0">
            <wp:extent cx="6492240" cy="8656320"/>
            <wp:effectExtent l="0" t="0" r="3810" b="0"/>
            <wp:docPr id="4" name="Picture 4" descr="C:\Users\s.alqatawneh\Downloads\IMG-20260910-WA0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.alqatawneh\Downloads\IMG-20260910-WA004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865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4EF7" w:rsidRDefault="006F7592" w:rsidP="006F7592">
      <w:pPr>
        <w:pStyle w:val="Heading1"/>
        <w:bidi/>
      </w:pPr>
      <w:r>
        <w:rPr>
          <w:rFonts w:ascii="Arial" w:hAnsi="Arial"/>
          <w:color w:val="781423"/>
          <w:sz w:val="34"/>
        </w:rPr>
        <w:lastRenderedPageBreak/>
        <w:t xml:space="preserve">3. </w:t>
      </w:r>
      <w:r>
        <w:rPr>
          <w:rFonts w:ascii="Arial" w:hAnsi="Arial" w:cs="Arial"/>
          <w:color w:val="781423"/>
          <w:sz w:val="34"/>
          <w:szCs w:val="34"/>
          <w:rtl/>
        </w:rPr>
        <w:t>فحوصات</w:t>
      </w:r>
      <w:r>
        <w:rPr>
          <w:rFonts w:ascii="Arial" w:hAnsi="Arial"/>
          <w:color w:val="781423"/>
          <w:sz w:val="34"/>
        </w:rPr>
        <w:t xml:space="preserve"> </w:t>
      </w:r>
      <w:r>
        <w:rPr>
          <w:rFonts w:ascii="Arial" w:hAnsi="Arial" w:cs="Arial"/>
          <w:color w:val="781423"/>
          <w:sz w:val="34"/>
          <w:szCs w:val="34"/>
          <w:rtl/>
        </w:rPr>
        <w:t>الدهون</w:t>
      </w:r>
      <w:r>
        <w:rPr>
          <w:rFonts w:ascii="Arial" w:hAnsi="Arial"/>
          <w:color w:val="781423"/>
          <w:sz w:val="34"/>
        </w:rPr>
        <w:t xml:space="preserve"> </w:t>
      </w:r>
      <w:r>
        <w:rPr>
          <w:rFonts w:ascii="Arial" w:hAnsi="Arial" w:cs="Arial"/>
          <w:color w:val="781423"/>
          <w:sz w:val="34"/>
          <w:szCs w:val="34"/>
          <w:rtl/>
        </w:rPr>
        <w:t>في</w:t>
      </w:r>
      <w:r>
        <w:rPr>
          <w:rFonts w:ascii="Arial" w:hAnsi="Arial"/>
          <w:color w:val="781423"/>
          <w:sz w:val="34"/>
        </w:rPr>
        <w:t xml:space="preserve"> </w:t>
      </w:r>
      <w:r>
        <w:rPr>
          <w:rFonts w:ascii="Arial" w:hAnsi="Arial" w:cs="Arial"/>
          <w:color w:val="781423"/>
          <w:sz w:val="34"/>
          <w:szCs w:val="34"/>
          <w:rtl/>
        </w:rPr>
        <w:t>الدم</w:t>
      </w:r>
      <w:r>
        <w:rPr>
          <w:rFonts w:ascii="Arial" w:hAnsi="Arial"/>
          <w:color w:val="781423"/>
          <w:sz w:val="34"/>
        </w:rPr>
        <w:t xml:space="preserve"> (Lipid Profile)</w:t>
      </w:r>
    </w:p>
    <w:p w:rsidR="00034EF7" w:rsidRDefault="006F7592" w:rsidP="006F7592">
      <w:pPr>
        <w:bidi/>
      </w:pPr>
      <w:r>
        <w:rPr>
          <w:rFonts w:cs="Arial"/>
          <w:rtl/>
        </w:rPr>
        <w:t>تشمل</w:t>
      </w:r>
      <w:r>
        <w:t xml:space="preserve"> </w:t>
      </w:r>
      <w:r>
        <w:rPr>
          <w:rFonts w:cs="Arial"/>
          <w:rtl/>
        </w:rPr>
        <w:t>فحوصات</w:t>
      </w:r>
      <w:r>
        <w:t xml:space="preserve"> </w:t>
      </w:r>
      <w:r>
        <w:rPr>
          <w:rFonts w:cs="Arial"/>
          <w:rtl/>
        </w:rPr>
        <w:t>الدهون</w:t>
      </w:r>
      <w:r>
        <w:t xml:space="preserve"> </w:t>
      </w:r>
      <w:r>
        <w:rPr>
          <w:rFonts w:cs="Arial"/>
          <w:rtl/>
        </w:rPr>
        <w:t>عادةً</w:t>
      </w:r>
      <w:r>
        <w:t xml:space="preserve">: </w:t>
      </w:r>
      <w:r>
        <w:rPr>
          <w:rFonts w:cs="Arial"/>
          <w:rtl/>
        </w:rPr>
        <w:t>الكوليسترول</w:t>
      </w:r>
      <w:r>
        <w:t xml:space="preserve"> </w:t>
      </w:r>
      <w:r>
        <w:rPr>
          <w:rFonts w:cs="Arial"/>
          <w:rtl/>
        </w:rPr>
        <w:t>الكلي</w:t>
      </w:r>
      <w:r>
        <w:t xml:space="preserve"> (Total Cholesterol)</w:t>
      </w:r>
      <w:r>
        <w:rPr>
          <w:rFonts w:cs="Arial"/>
          <w:rtl/>
        </w:rPr>
        <w:t>،</w:t>
      </w:r>
      <w:r>
        <w:t xml:space="preserve"> </w:t>
      </w:r>
      <w:r>
        <w:rPr>
          <w:rFonts w:cs="Arial"/>
          <w:rtl/>
        </w:rPr>
        <w:t>والكوليسترول</w:t>
      </w:r>
      <w:r>
        <w:t xml:space="preserve"> </w:t>
      </w:r>
      <w:r>
        <w:rPr>
          <w:rFonts w:cs="Arial"/>
          <w:rtl/>
        </w:rPr>
        <w:t>منخفض</w:t>
      </w:r>
      <w:r>
        <w:t xml:space="preserve"> </w:t>
      </w:r>
      <w:r>
        <w:rPr>
          <w:rFonts w:cs="Arial"/>
          <w:rtl/>
        </w:rPr>
        <w:t>الكثافة</w:t>
      </w:r>
      <w:r>
        <w:t xml:space="preserve"> (LDL-C)</w:t>
      </w:r>
      <w:r>
        <w:rPr>
          <w:rFonts w:cs="Arial"/>
          <w:rtl/>
        </w:rPr>
        <w:t>،</w:t>
      </w:r>
      <w:r>
        <w:t xml:space="preserve"> </w:t>
      </w:r>
      <w:r>
        <w:rPr>
          <w:rFonts w:cs="Arial"/>
          <w:rtl/>
        </w:rPr>
        <w:t>والكوليسترول</w:t>
      </w:r>
      <w:r>
        <w:t xml:space="preserve"> </w:t>
      </w:r>
      <w:r>
        <w:rPr>
          <w:rFonts w:cs="Arial"/>
          <w:rtl/>
        </w:rPr>
        <w:t>مرتفع</w:t>
      </w:r>
      <w:r>
        <w:t xml:space="preserve"> </w:t>
      </w:r>
      <w:r>
        <w:rPr>
          <w:rFonts w:cs="Arial"/>
          <w:rtl/>
        </w:rPr>
        <w:t>الكثافة</w:t>
      </w:r>
      <w:r>
        <w:t xml:space="preserve"> (HDL-C)</w:t>
      </w:r>
      <w:r>
        <w:rPr>
          <w:rFonts w:cs="Arial"/>
          <w:rtl/>
        </w:rPr>
        <w:t>،</w:t>
      </w:r>
      <w:r>
        <w:t xml:space="preserve"> </w:t>
      </w:r>
      <w:r>
        <w:rPr>
          <w:rFonts w:cs="Arial"/>
          <w:rtl/>
        </w:rPr>
        <w:t>والدهون</w:t>
      </w:r>
      <w:r>
        <w:t xml:space="preserve"> </w:t>
      </w:r>
      <w:r>
        <w:rPr>
          <w:rFonts w:cs="Arial"/>
          <w:rtl/>
        </w:rPr>
        <w:t>الثلاثية</w:t>
      </w:r>
      <w:r>
        <w:t xml:space="preserve"> (Triglycerides). </w:t>
      </w:r>
      <w:r>
        <w:rPr>
          <w:rFonts w:cs="Arial"/>
          <w:rtl/>
        </w:rPr>
        <w:t>وتساعد</w:t>
      </w:r>
      <w:r>
        <w:t xml:space="preserve"> </w:t>
      </w:r>
      <w:r>
        <w:rPr>
          <w:rFonts w:cs="Arial"/>
          <w:rtl/>
        </w:rPr>
        <w:t>هذه</w:t>
      </w:r>
      <w:r>
        <w:t xml:space="preserve"> </w:t>
      </w:r>
      <w:r>
        <w:rPr>
          <w:rFonts w:cs="Arial"/>
          <w:rtl/>
        </w:rPr>
        <w:t>الفحوصات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تقييم</w:t>
      </w:r>
      <w:r>
        <w:t xml:space="preserve"> </w:t>
      </w:r>
      <w:r>
        <w:rPr>
          <w:rFonts w:cs="Arial"/>
          <w:rtl/>
        </w:rPr>
        <w:t>عوامل</w:t>
      </w:r>
      <w:r>
        <w:t xml:space="preserve"> </w:t>
      </w:r>
      <w:r>
        <w:rPr>
          <w:rFonts w:cs="Arial"/>
          <w:rtl/>
        </w:rPr>
        <w:t>الخطورة</w:t>
      </w:r>
      <w:r>
        <w:t xml:space="preserve"> </w:t>
      </w:r>
      <w:r>
        <w:rPr>
          <w:rFonts w:cs="Arial"/>
          <w:rtl/>
        </w:rPr>
        <w:t>القلبية</w:t>
      </w:r>
      <w:r>
        <w:t xml:space="preserve"> </w:t>
      </w:r>
      <w:r>
        <w:rPr>
          <w:rFonts w:cs="Arial"/>
          <w:rtl/>
        </w:rPr>
        <w:t>الوعائية</w:t>
      </w:r>
      <w:r>
        <w:t>.</w:t>
      </w:r>
    </w:p>
    <w:p w:rsidR="00034EF7" w:rsidRDefault="006F7592" w:rsidP="006F7592">
      <w:pPr>
        <w:pStyle w:val="Heading2"/>
        <w:bidi/>
      </w:pPr>
      <w:r>
        <w:rPr>
          <w:rFonts w:ascii="Arial" w:hAnsi="Arial" w:cs="Arial"/>
          <w:color w:val="235078"/>
          <w:sz w:val="28"/>
          <w:szCs w:val="28"/>
          <w:rtl/>
        </w:rPr>
        <w:t>هل</w:t>
      </w:r>
      <w:r>
        <w:rPr>
          <w:rFonts w:ascii="Arial" w:hAnsi="Arial"/>
          <w:color w:val="235078"/>
          <w:sz w:val="28"/>
        </w:rPr>
        <w:t xml:space="preserve"> </w:t>
      </w:r>
      <w:r>
        <w:rPr>
          <w:rFonts w:ascii="Arial" w:hAnsi="Arial" w:cs="Arial"/>
          <w:color w:val="235078"/>
          <w:sz w:val="28"/>
          <w:szCs w:val="28"/>
          <w:rtl/>
        </w:rPr>
        <w:t>يجب</w:t>
      </w:r>
      <w:r>
        <w:rPr>
          <w:rFonts w:ascii="Arial" w:hAnsi="Arial"/>
          <w:color w:val="235078"/>
          <w:sz w:val="28"/>
        </w:rPr>
        <w:t xml:space="preserve"> </w:t>
      </w:r>
      <w:r>
        <w:rPr>
          <w:rFonts w:ascii="Arial" w:hAnsi="Arial" w:cs="Arial"/>
          <w:color w:val="235078"/>
          <w:sz w:val="28"/>
          <w:szCs w:val="28"/>
          <w:rtl/>
        </w:rPr>
        <w:t>الصيام؟</w:t>
      </w:r>
    </w:p>
    <w:p w:rsidR="00034EF7" w:rsidRDefault="006F7592" w:rsidP="006F7592">
      <w:pPr>
        <w:bidi/>
      </w:pPr>
      <w:r>
        <w:rPr>
          <w:rFonts w:cs="Arial"/>
          <w:rtl/>
        </w:rPr>
        <w:t>يمكن</w:t>
      </w:r>
      <w:r>
        <w:t xml:space="preserve"> </w:t>
      </w:r>
      <w:r>
        <w:rPr>
          <w:rFonts w:cs="Arial"/>
          <w:rtl/>
        </w:rPr>
        <w:t>إجراء</w:t>
      </w:r>
      <w:r>
        <w:t xml:space="preserve"> </w:t>
      </w:r>
      <w:r>
        <w:rPr>
          <w:rFonts w:cs="Arial"/>
          <w:rtl/>
        </w:rPr>
        <w:t>فحص</w:t>
      </w:r>
      <w:r>
        <w:t xml:space="preserve"> </w:t>
      </w:r>
      <w:r>
        <w:rPr>
          <w:rFonts w:cs="Arial"/>
          <w:rtl/>
        </w:rPr>
        <w:t>الدهون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كثير</w:t>
      </w:r>
      <w:r>
        <w:t xml:space="preserve"> </w:t>
      </w:r>
      <w:r>
        <w:rPr>
          <w:rFonts w:cs="Arial"/>
          <w:rtl/>
        </w:rPr>
        <w:t>من</w:t>
      </w:r>
      <w:r>
        <w:t xml:space="preserve"> </w:t>
      </w:r>
      <w:r>
        <w:rPr>
          <w:rFonts w:cs="Arial"/>
          <w:rtl/>
        </w:rPr>
        <w:t>الحالات</w:t>
      </w:r>
      <w:r>
        <w:t xml:space="preserve"> </w:t>
      </w:r>
      <w:r>
        <w:rPr>
          <w:rFonts w:cs="Arial"/>
          <w:rtl/>
        </w:rPr>
        <w:t>دون</w:t>
      </w:r>
      <w:r>
        <w:t xml:space="preserve"> </w:t>
      </w:r>
      <w:r>
        <w:rPr>
          <w:rFonts w:cs="Arial"/>
          <w:rtl/>
        </w:rPr>
        <w:t>صيام،</w:t>
      </w:r>
      <w:r>
        <w:t xml:space="preserve"> </w:t>
      </w:r>
      <w:r>
        <w:rPr>
          <w:rFonts w:cs="Arial"/>
          <w:rtl/>
        </w:rPr>
        <w:t>وقد</w:t>
      </w:r>
      <w:r>
        <w:t xml:space="preserve"> </w:t>
      </w:r>
      <w:r>
        <w:rPr>
          <w:rFonts w:cs="Arial"/>
          <w:rtl/>
        </w:rPr>
        <w:t>يطلب</w:t>
      </w:r>
      <w:r>
        <w:t xml:space="preserve"> </w:t>
      </w:r>
      <w:r>
        <w:rPr>
          <w:rFonts w:cs="Arial"/>
          <w:rtl/>
        </w:rPr>
        <w:t>الطبيب</w:t>
      </w:r>
      <w:r>
        <w:t xml:space="preserve"> </w:t>
      </w:r>
      <w:r>
        <w:rPr>
          <w:rFonts w:cs="Arial"/>
          <w:rtl/>
        </w:rPr>
        <w:t>أو</w:t>
      </w:r>
      <w:r>
        <w:t xml:space="preserve"> </w:t>
      </w:r>
      <w:r>
        <w:rPr>
          <w:rFonts w:cs="Arial"/>
          <w:rtl/>
        </w:rPr>
        <w:t>المختبر</w:t>
      </w:r>
      <w:r>
        <w:t xml:space="preserve"> </w:t>
      </w:r>
      <w:r>
        <w:rPr>
          <w:rFonts w:cs="Arial"/>
          <w:rtl/>
        </w:rPr>
        <w:t>الصيام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بعض</w:t>
      </w:r>
      <w:r>
        <w:t xml:space="preserve"> </w:t>
      </w:r>
      <w:r>
        <w:rPr>
          <w:rFonts w:cs="Arial"/>
          <w:rtl/>
        </w:rPr>
        <w:t>الحالات</w:t>
      </w:r>
      <w:r>
        <w:t xml:space="preserve"> </w:t>
      </w:r>
      <w:r>
        <w:rPr>
          <w:rFonts w:cs="Arial"/>
          <w:rtl/>
        </w:rPr>
        <w:t>بحسب</w:t>
      </w:r>
      <w:r>
        <w:t xml:space="preserve"> </w:t>
      </w:r>
      <w:r>
        <w:rPr>
          <w:rFonts w:cs="Arial"/>
          <w:rtl/>
        </w:rPr>
        <w:t>الفحوصات</w:t>
      </w:r>
      <w:r>
        <w:t xml:space="preserve"> </w:t>
      </w:r>
      <w:r>
        <w:rPr>
          <w:rFonts w:cs="Arial"/>
          <w:rtl/>
        </w:rPr>
        <w:t>المطلوبة</w:t>
      </w:r>
      <w:r>
        <w:t xml:space="preserve"> </w:t>
      </w:r>
      <w:r>
        <w:rPr>
          <w:rFonts w:cs="Arial"/>
          <w:rtl/>
        </w:rPr>
        <w:t>والحالة</w:t>
      </w:r>
      <w:r>
        <w:t xml:space="preserve"> </w:t>
      </w:r>
      <w:r>
        <w:rPr>
          <w:rFonts w:cs="Arial"/>
          <w:rtl/>
        </w:rPr>
        <w:t>الصحية</w:t>
      </w:r>
      <w:r>
        <w:t xml:space="preserve">. </w:t>
      </w:r>
      <w:r>
        <w:rPr>
          <w:rFonts w:cs="Arial"/>
          <w:rtl/>
        </w:rPr>
        <w:t>إذا</w:t>
      </w:r>
      <w:r>
        <w:t xml:space="preserve"> </w:t>
      </w:r>
      <w:r>
        <w:rPr>
          <w:rFonts w:cs="Arial"/>
          <w:rtl/>
        </w:rPr>
        <w:t>طُلب</w:t>
      </w:r>
      <w:r>
        <w:t xml:space="preserve"> </w:t>
      </w:r>
      <w:r>
        <w:rPr>
          <w:rFonts w:cs="Arial"/>
          <w:rtl/>
        </w:rPr>
        <w:t>الصيام،</w:t>
      </w:r>
      <w:r>
        <w:t xml:space="preserve"> </w:t>
      </w:r>
      <w:r>
        <w:rPr>
          <w:rFonts w:cs="Arial"/>
          <w:rtl/>
        </w:rPr>
        <w:t>يجب</w:t>
      </w:r>
      <w:r>
        <w:t xml:space="preserve"> </w:t>
      </w:r>
      <w:r>
        <w:rPr>
          <w:rFonts w:cs="Arial"/>
          <w:rtl/>
        </w:rPr>
        <w:t>اتباع</w:t>
      </w:r>
      <w:r>
        <w:t xml:space="preserve"> </w:t>
      </w:r>
      <w:r>
        <w:rPr>
          <w:rFonts w:cs="Arial"/>
          <w:rtl/>
        </w:rPr>
        <w:t>تعليمات</w:t>
      </w:r>
      <w:r>
        <w:t xml:space="preserve"> </w:t>
      </w:r>
      <w:r>
        <w:rPr>
          <w:rFonts w:cs="Arial"/>
          <w:rtl/>
        </w:rPr>
        <w:t>المختبر</w:t>
      </w:r>
      <w:r>
        <w:t xml:space="preserve"> </w:t>
      </w:r>
      <w:r>
        <w:rPr>
          <w:rFonts w:cs="Arial"/>
          <w:rtl/>
        </w:rPr>
        <w:t>بدقة</w:t>
      </w:r>
      <w:r>
        <w:t xml:space="preserve">. </w:t>
      </w:r>
      <w:r>
        <w:rPr>
          <w:rFonts w:cs="Arial"/>
          <w:rtl/>
        </w:rPr>
        <w:t>تشير</w:t>
      </w:r>
      <w:r>
        <w:t xml:space="preserve"> </w:t>
      </w:r>
      <w:r>
        <w:rPr>
          <w:rFonts w:cs="Arial"/>
          <w:rtl/>
        </w:rPr>
        <w:t>المصادر</w:t>
      </w:r>
      <w:r>
        <w:t xml:space="preserve"> </w:t>
      </w:r>
      <w:r>
        <w:rPr>
          <w:rFonts w:cs="Arial"/>
          <w:rtl/>
        </w:rPr>
        <w:t>التوعوية</w:t>
      </w:r>
      <w:r>
        <w:t xml:space="preserve"> </w:t>
      </w:r>
      <w:r>
        <w:rPr>
          <w:rFonts w:cs="Arial"/>
          <w:rtl/>
        </w:rPr>
        <w:t>الطبية</w:t>
      </w:r>
      <w:r>
        <w:t xml:space="preserve"> </w:t>
      </w:r>
      <w:r>
        <w:rPr>
          <w:rFonts w:cs="Arial"/>
          <w:rtl/>
        </w:rPr>
        <w:t>إلى</w:t>
      </w:r>
      <w:r>
        <w:t xml:space="preserve"> </w:t>
      </w:r>
      <w:r>
        <w:rPr>
          <w:rFonts w:cs="Arial"/>
          <w:rtl/>
        </w:rPr>
        <w:t>أن</w:t>
      </w:r>
      <w:r>
        <w:t xml:space="preserve"> </w:t>
      </w:r>
      <w:r>
        <w:rPr>
          <w:rFonts w:cs="Arial"/>
          <w:rtl/>
        </w:rPr>
        <w:t>الصيام</w:t>
      </w:r>
      <w:r>
        <w:t xml:space="preserve"> </w:t>
      </w:r>
      <w:r>
        <w:rPr>
          <w:rFonts w:cs="Arial"/>
          <w:rtl/>
        </w:rPr>
        <w:t>لفحوصات</w:t>
      </w:r>
      <w:r>
        <w:t xml:space="preserve"> </w:t>
      </w:r>
      <w:r>
        <w:rPr>
          <w:rFonts w:cs="Arial"/>
          <w:rtl/>
        </w:rPr>
        <w:t>الدم</w:t>
      </w:r>
      <w:r>
        <w:t xml:space="preserve"> </w:t>
      </w:r>
      <w:r>
        <w:rPr>
          <w:rFonts w:cs="Arial"/>
          <w:rtl/>
        </w:rPr>
        <w:t>يكون</w:t>
      </w:r>
      <w:r>
        <w:t xml:space="preserve"> </w:t>
      </w:r>
      <w:r>
        <w:rPr>
          <w:rFonts w:cs="Arial"/>
          <w:rtl/>
        </w:rPr>
        <w:t>غالبًا</w:t>
      </w:r>
      <w:r>
        <w:t xml:space="preserve"> 8–12 </w:t>
      </w:r>
      <w:r>
        <w:rPr>
          <w:rFonts w:cs="Arial"/>
          <w:rtl/>
        </w:rPr>
        <w:t>ساعة</w:t>
      </w:r>
      <w:r>
        <w:t xml:space="preserve"> </w:t>
      </w:r>
      <w:r>
        <w:rPr>
          <w:rFonts w:cs="Arial"/>
          <w:rtl/>
        </w:rPr>
        <w:t>عند</w:t>
      </w:r>
      <w:r>
        <w:t xml:space="preserve"> </w:t>
      </w:r>
      <w:r>
        <w:rPr>
          <w:rFonts w:cs="Arial"/>
          <w:rtl/>
        </w:rPr>
        <w:t>طلبه،</w:t>
      </w:r>
      <w:r>
        <w:t xml:space="preserve"> </w:t>
      </w:r>
      <w:r>
        <w:rPr>
          <w:rFonts w:cs="Arial"/>
          <w:rtl/>
        </w:rPr>
        <w:t>ويُسمح</w:t>
      </w:r>
      <w:r>
        <w:t xml:space="preserve"> </w:t>
      </w:r>
      <w:r>
        <w:rPr>
          <w:rFonts w:cs="Arial"/>
          <w:rtl/>
        </w:rPr>
        <w:t>عادةً</w:t>
      </w:r>
      <w:r>
        <w:t xml:space="preserve"> </w:t>
      </w:r>
      <w:r>
        <w:rPr>
          <w:rFonts w:cs="Arial"/>
          <w:rtl/>
        </w:rPr>
        <w:t>بشرب</w:t>
      </w:r>
      <w:r>
        <w:t xml:space="preserve"> </w:t>
      </w:r>
      <w:r>
        <w:rPr>
          <w:rFonts w:cs="Arial"/>
          <w:rtl/>
        </w:rPr>
        <w:t>الماء</w:t>
      </w:r>
      <w:r>
        <w:t xml:space="preserve"> </w:t>
      </w:r>
      <w:r>
        <w:rPr>
          <w:rFonts w:cs="Arial"/>
          <w:rtl/>
        </w:rPr>
        <w:t>فقط</w:t>
      </w:r>
      <w:r>
        <w:t xml:space="preserve"> </w:t>
      </w:r>
      <w:r>
        <w:rPr>
          <w:rFonts w:cs="Arial"/>
          <w:rtl/>
        </w:rPr>
        <w:t>أثناء</w:t>
      </w:r>
      <w:r>
        <w:t xml:space="preserve"> </w:t>
      </w:r>
      <w:r>
        <w:rPr>
          <w:rFonts w:cs="Arial"/>
          <w:rtl/>
        </w:rPr>
        <w:t>فترة</w:t>
      </w:r>
      <w:r>
        <w:t xml:space="preserve"> </w:t>
      </w:r>
      <w:r>
        <w:rPr>
          <w:rFonts w:cs="Arial"/>
          <w:rtl/>
        </w:rPr>
        <w:t>الصيام</w:t>
      </w:r>
      <w:r>
        <w:t>.</w:t>
      </w:r>
    </w:p>
    <w:p w:rsidR="00034EF7" w:rsidRDefault="006F7592" w:rsidP="006F7592">
      <w:pPr>
        <w:pStyle w:val="Heading2"/>
        <w:bidi/>
      </w:pPr>
      <w:r>
        <w:rPr>
          <w:rFonts w:ascii="Arial" w:hAnsi="Arial" w:cs="Arial"/>
          <w:color w:val="235078"/>
          <w:sz w:val="28"/>
          <w:szCs w:val="28"/>
          <w:rtl/>
        </w:rPr>
        <w:t>معلومات</w:t>
      </w:r>
      <w:r>
        <w:rPr>
          <w:rFonts w:ascii="Arial" w:hAnsi="Arial"/>
          <w:color w:val="235078"/>
          <w:sz w:val="28"/>
        </w:rPr>
        <w:t xml:space="preserve"> </w:t>
      </w:r>
      <w:r>
        <w:rPr>
          <w:rFonts w:ascii="Arial" w:hAnsi="Arial" w:cs="Arial"/>
          <w:color w:val="235078"/>
          <w:sz w:val="28"/>
          <w:szCs w:val="28"/>
          <w:rtl/>
        </w:rPr>
        <w:t>مهمة</w:t>
      </w:r>
      <w:r>
        <w:rPr>
          <w:rFonts w:ascii="Arial" w:hAnsi="Arial"/>
          <w:color w:val="235078"/>
          <w:sz w:val="28"/>
        </w:rPr>
        <w:t xml:space="preserve"> </w:t>
      </w:r>
      <w:r>
        <w:rPr>
          <w:rFonts w:ascii="Arial" w:hAnsi="Arial" w:cs="Arial"/>
          <w:color w:val="235078"/>
          <w:sz w:val="28"/>
          <w:szCs w:val="28"/>
          <w:rtl/>
        </w:rPr>
        <w:t>عن</w:t>
      </w:r>
      <w:r>
        <w:rPr>
          <w:rFonts w:ascii="Arial" w:hAnsi="Arial"/>
          <w:color w:val="235078"/>
          <w:sz w:val="28"/>
        </w:rPr>
        <w:t xml:space="preserve"> </w:t>
      </w:r>
      <w:r>
        <w:rPr>
          <w:rFonts w:ascii="Arial" w:hAnsi="Arial" w:cs="Arial"/>
          <w:color w:val="235078"/>
          <w:sz w:val="28"/>
          <w:szCs w:val="28"/>
          <w:rtl/>
        </w:rPr>
        <w:t>النتائج</w:t>
      </w:r>
    </w:p>
    <w:p w:rsidR="00034EF7" w:rsidRDefault="006F7592" w:rsidP="006F7592">
      <w:pPr>
        <w:bidi/>
      </w:pPr>
      <w:r>
        <w:rPr>
          <w:rFonts w:cs="Arial"/>
          <w:rtl/>
        </w:rPr>
        <w:t>لا</w:t>
      </w:r>
      <w:r>
        <w:t xml:space="preserve"> </w:t>
      </w:r>
      <w:r>
        <w:rPr>
          <w:rFonts w:cs="Arial"/>
          <w:rtl/>
        </w:rPr>
        <w:t>يوجد</w:t>
      </w:r>
      <w:r>
        <w:t xml:space="preserve"> </w:t>
      </w:r>
      <w:r>
        <w:rPr>
          <w:rFonts w:cs="Arial"/>
          <w:rtl/>
        </w:rPr>
        <w:t>هدف</w:t>
      </w:r>
      <w:r>
        <w:t xml:space="preserve"> </w:t>
      </w:r>
      <w:r>
        <w:rPr>
          <w:rFonts w:cs="Arial"/>
          <w:rtl/>
        </w:rPr>
        <w:t>واحد</w:t>
      </w:r>
      <w:r>
        <w:t xml:space="preserve"> </w:t>
      </w:r>
      <w:r>
        <w:rPr>
          <w:rFonts w:cs="Arial"/>
          <w:rtl/>
        </w:rPr>
        <w:t>مناسب</w:t>
      </w:r>
      <w:r>
        <w:t xml:space="preserve"> </w:t>
      </w:r>
      <w:r>
        <w:rPr>
          <w:rFonts w:cs="Arial"/>
          <w:rtl/>
        </w:rPr>
        <w:t>لجميع</w:t>
      </w:r>
      <w:r>
        <w:t xml:space="preserve"> </w:t>
      </w:r>
      <w:r>
        <w:rPr>
          <w:rFonts w:cs="Arial"/>
          <w:rtl/>
        </w:rPr>
        <w:t>الأشخاص</w:t>
      </w:r>
      <w:r>
        <w:t xml:space="preserve"> </w:t>
      </w:r>
      <w:r>
        <w:rPr>
          <w:rFonts w:cs="Arial"/>
          <w:rtl/>
        </w:rPr>
        <w:t>بالنسبة</w:t>
      </w:r>
      <w:r>
        <w:t xml:space="preserve"> </w:t>
      </w:r>
      <w:r>
        <w:rPr>
          <w:rFonts w:cs="Arial"/>
          <w:rtl/>
        </w:rPr>
        <w:t>لـ</w:t>
      </w:r>
      <w:r>
        <w:t xml:space="preserve"> LDL-C</w:t>
      </w:r>
      <w:r>
        <w:rPr>
          <w:rFonts w:cs="Arial"/>
          <w:rtl/>
        </w:rPr>
        <w:t>؛</w:t>
      </w:r>
      <w:r>
        <w:t xml:space="preserve"> </w:t>
      </w:r>
      <w:r>
        <w:rPr>
          <w:rFonts w:cs="Arial"/>
          <w:rtl/>
        </w:rPr>
        <w:t>إذ</w:t>
      </w:r>
      <w:r>
        <w:t xml:space="preserve"> </w:t>
      </w:r>
      <w:r>
        <w:rPr>
          <w:rFonts w:cs="Arial"/>
          <w:rtl/>
        </w:rPr>
        <w:t>تعتمد</w:t>
      </w:r>
      <w:r>
        <w:t xml:space="preserve"> </w:t>
      </w:r>
      <w:r>
        <w:rPr>
          <w:rFonts w:cs="Arial"/>
          <w:rtl/>
        </w:rPr>
        <w:t>الأهداف</w:t>
      </w:r>
      <w:r>
        <w:t xml:space="preserve"> </w:t>
      </w:r>
      <w:r>
        <w:rPr>
          <w:rFonts w:cs="Arial"/>
          <w:rtl/>
        </w:rPr>
        <w:t>العلاجية</w:t>
      </w:r>
      <w:r>
        <w:t xml:space="preserve"> </w:t>
      </w:r>
      <w:r>
        <w:rPr>
          <w:rFonts w:cs="Arial"/>
          <w:rtl/>
        </w:rPr>
        <w:t>على</w:t>
      </w:r>
      <w:r>
        <w:t xml:space="preserve"> </w:t>
      </w:r>
      <w:r>
        <w:rPr>
          <w:rFonts w:cs="Arial"/>
          <w:rtl/>
        </w:rPr>
        <w:t>مستوى</w:t>
      </w:r>
      <w:r>
        <w:t xml:space="preserve"> </w:t>
      </w:r>
      <w:r>
        <w:rPr>
          <w:rFonts w:cs="Arial"/>
          <w:rtl/>
        </w:rPr>
        <w:t>الخطورة</w:t>
      </w:r>
      <w:r>
        <w:t xml:space="preserve"> </w:t>
      </w:r>
      <w:r>
        <w:rPr>
          <w:rFonts w:cs="Arial"/>
          <w:rtl/>
        </w:rPr>
        <w:t>القلبية</w:t>
      </w:r>
      <w:r>
        <w:t xml:space="preserve"> </w:t>
      </w:r>
      <w:r>
        <w:rPr>
          <w:rFonts w:cs="Arial"/>
          <w:rtl/>
        </w:rPr>
        <w:t>الوعائية</w:t>
      </w:r>
      <w:r>
        <w:t xml:space="preserve"> </w:t>
      </w:r>
      <w:r>
        <w:rPr>
          <w:rFonts w:cs="Arial"/>
          <w:rtl/>
        </w:rPr>
        <w:t>ووجود</w:t>
      </w:r>
      <w:r>
        <w:t xml:space="preserve"> </w:t>
      </w:r>
      <w:r>
        <w:rPr>
          <w:rFonts w:cs="Arial"/>
          <w:rtl/>
        </w:rPr>
        <w:t>أمراض</w:t>
      </w:r>
      <w:r>
        <w:t xml:space="preserve"> </w:t>
      </w:r>
      <w:r>
        <w:rPr>
          <w:rFonts w:cs="Arial"/>
          <w:rtl/>
        </w:rPr>
        <w:t>قلبية</w:t>
      </w:r>
      <w:r>
        <w:t xml:space="preserve"> </w:t>
      </w:r>
      <w:r>
        <w:rPr>
          <w:rFonts w:cs="Arial"/>
          <w:rtl/>
        </w:rPr>
        <w:t>أو</w:t>
      </w:r>
      <w:r>
        <w:t xml:space="preserve"> </w:t>
      </w:r>
      <w:r>
        <w:rPr>
          <w:rFonts w:cs="Arial"/>
          <w:rtl/>
        </w:rPr>
        <w:t>سكري</w:t>
      </w:r>
      <w:r>
        <w:t xml:space="preserve"> </w:t>
      </w:r>
      <w:r>
        <w:rPr>
          <w:rFonts w:cs="Arial"/>
          <w:rtl/>
        </w:rPr>
        <w:t>أو</w:t>
      </w:r>
      <w:r>
        <w:t xml:space="preserve"> </w:t>
      </w:r>
      <w:r>
        <w:rPr>
          <w:rFonts w:cs="Arial"/>
          <w:rtl/>
        </w:rPr>
        <w:t>أمراض</w:t>
      </w:r>
      <w:r>
        <w:t xml:space="preserve"> </w:t>
      </w:r>
      <w:r>
        <w:rPr>
          <w:rFonts w:cs="Arial"/>
          <w:rtl/>
        </w:rPr>
        <w:t>كلى</w:t>
      </w:r>
      <w:r>
        <w:t xml:space="preserve"> </w:t>
      </w:r>
      <w:r>
        <w:rPr>
          <w:rFonts w:cs="Arial"/>
          <w:rtl/>
        </w:rPr>
        <w:t>وعوامل</w:t>
      </w:r>
      <w:r>
        <w:t xml:space="preserve"> </w:t>
      </w:r>
      <w:r>
        <w:rPr>
          <w:rFonts w:cs="Arial"/>
          <w:rtl/>
        </w:rPr>
        <w:t>خطورة</w:t>
      </w:r>
      <w:r>
        <w:t xml:space="preserve"> </w:t>
      </w:r>
      <w:r>
        <w:rPr>
          <w:rFonts w:cs="Arial"/>
          <w:rtl/>
        </w:rPr>
        <w:t>أخرى</w:t>
      </w:r>
      <w:r>
        <w:t xml:space="preserve">. </w:t>
      </w:r>
      <w:r>
        <w:rPr>
          <w:rFonts w:cs="Arial"/>
          <w:rtl/>
        </w:rPr>
        <w:t>لذلك</w:t>
      </w:r>
      <w:r>
        <w:t xml:space="preserve"> </w:t>
      </w:r>
      <w:r>
        <w:rPr>
          <w:rFonts w:cs="Arial"/>
          <w:rtl/>
        </w:rPr>
        <w:t>يجب</w:t>
      </w:r>
      <w:r>
        <w:t xml:space="preserve"> </w:t>
      </w:r>
      <w:r>
        <w:rPr>
          <w:rFonts w:cs="Arial"/>
          <w:rtl/>
        </w:rPr>
        <w:t>مناقشة</w:t>
      </w:r>
      <w:r>
        <w:t xml:space="preserve"> </w:t>
      </w:r>
      <w:r>
        <w:rPr>
          <w:rFonts w:cs="Arial"/>
          <w:rtl/>
        </w:rPr>
        <w:t>نتيجة</w:t>
      </w:r>
      <w:r>
        <w:t xml:space="preserve"> LDL-C </w:t>
      </w:r>
      <w:r>
        <w:rPr>
          <w:rFonts w:cs="Arial"/>
          <w:rtl/>
        </w:rPr>
        <w:t>مع</w:t>
      </w:r>
      <w:r>
        <w:t xml:space="preserve"> </w:t>
      </w:r>
      <w:r>
        <w:rPr>
          <w:rFonts w:cs="Arial"/>
          <w:rtl/>
        </w:rPr>
        <w:t>الطبيب</w:t>
      </w:r>
      <w:r>
        <w:t>.</w:t>
      </w:r>
    </w:p>
    <w:p w:rsidR="00034EF7" w:rsidRPr="006F7592" w:rsidRDefault="006F7592" w:rsidP="006F7592">
      <w:pPr>
        <w:bidi/>
      </w:pPr>
      <w:r>
        <w:rPr>
          <w:rFonts w:cs="Arial"/>
          <w:rtl/>
        </w:rPr>
        <w:lastRenderedPageBreak/>
        <w:t>بالنسبة</w:t>
      </w:r>
      <w:r>
        <w:t xml:space="preserve"> </w:t>
      </w:r>
      <w:r>
        <w:rPr>
          <w:rFonts w:cs="Arial"/>
          <w:rtl/>
        </w:rPr>
        <w:t>للدهون</w:t>
      </w:r>
      <w:r>
        <w:t xml:space="preserve"> </w:t>
      </w:r>
      <w:r>
        <w:rPr>
          <w:rFonts w:cs="Arial"/>
          <w:rtl/>
        </w:rPr>
        <w:t>الثلاثية،</w:t>
      </w:r>
      <w:r>
        <w:t xml:space="preserve"> </w:t>
      </w:r>
      <w:r>
        <w:rPr>
          <w:rFonts w:cs="Arial"/>
          <w:rtl/>
        </w:rPr>
        <w:t>يُستخدم</w:t>
      </w:r>
      <w:r>
        <w:t xml:space="preserve"> </w:t>
      </w:r>
      <w:r>
        <w:rPr>
          <w:rFonts w:cs="Arial"/>
          <w:rtl/>
        </w:rPr>
        <w:t>مستوى</w:t>
      </w:r>
      <w:r>
        <w:t xml:space="preserve"> </w:t>
      </w:r>
      <w:r>
        <w:rPr>
          <w:rFonts w:cs="Arial"/>
          <w:rtl/>
        </w:rPr>
        <w:t>أقل</w:t>
      </w:r>
      <w:r>
        <w:t xml:space="preserve"> </w:t>
      </w:r>
      <w:r>
        <w:rPr>
          <w:rFonts w:cs="Arial"/>
          <w:rtl/>
        </w:rPr>
        <w:t>من</w:t>
      </w:r>
      <w:r>
        <w:t xml:space="preserve"> 150 mg/dL </w:t>
      </w:r>
      <w:r>
        <w:rPr>
          <w:rFonts w:cs="Arial"/>
          <w:rtl/>
        </w:rPr>
        <w:t>على</w:t>
      </w:r>
      <w:r>
        <w:t xml:space="preserve"> </w:t>
      </w:r>
      <w:r>
        <w:rPr>
          <w:rFonts w:cs="Arial"/>
          <w:rtl/>
        </w:rPr>
        <w:t>نطاق</w:t>
      </w:r>
      <w:r>
        <w:t xml:space="preserve"> </w:t>
      </w:r>
      <w:r>
        <w:rPr>
          <w:rFonts w:cs="Arial"/>
          <w:rtl/>
        </w:rPr>
        <w:t>واسع</w:t>
      </w:r>
      <w:r>
        <w:t xml:space="preserve"> </w:t>
      </w:r>
      <w:r>
        <w:rPr>
          <w:rFonts w:cs="Arial"/>
          <w:rtl/>
        </w:rPr>
        <w:t>كقيمة</w:t>
      </w:r>
      <w:r>
        <w:t xml:space="preserve"> </w:t>
      </w:r>
      <w:r>
        <w:rPr>
          <w:rFonts w:cs="Arial"/>
          <w:rtl/>
        </w:rPr>
        <w:t>مرغوبة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التصنيفات</w:t>
      </w:r>
      <w:r>
        <w:t xml:space="preserve"> </w:t>
      </w:r>
      <w:r>
        <w:rPr>
          <w:rFonts w:cs="Arial"/>
          <w:rtl/>
        </w:rPr>
        <w:t>العامة،</w:t>
      </w:r>
      <w:r>
        <w:t xml:space="preserve"> </w:t>
      </w:r>
      <w:r>
        <w:rPr>
          <w:rFonts w:cs="Arial"/>
          <w:rtl/>
        </w:rPr>
        <w:t>مع</w:t>
      </w:r>
      <w:r>
        <w:t xml:space="preserve"> </w:t>
      </w:r>
      <w:r>
        <w:rPr>
          <w:rFonts w:cs="Arial"/>
          <w:rtl/>
        </w:rPr>
        <w:t>ضرورة</w:t>
      </w:r>
      <w:r>
        <w:t xml:space="preserve"> </w:t>
      </w:r>
      <w:r>
        <w:rPr>
          <w:rFonts w:cs="Arial"/>
          <w:rtl/>
        </w:rPr>
        <w:t>تفسير</w:t>
      </w:r>
      <w:r>
        <w:t xml:space="preserve"> </w:t>
      </w:r>
      <w:r>
        <w:rPr>
          <w:rFonts w:cs="Arial"/>
          <w:rtl/>
        </w:rPr>
        <w:t>النتيجة</w:t>
      </w:r>
      <w:r>
        <w:t xml:space="preserve"> </w:t>
      </w:r>
      <w:r>
        <w:rPr>
          <w:rFonts w:cs="Arial"/>
          <w:rtl/>
        </w:rPr>
        <w:t>ضمن</w:t>
      </w:r>
      <w:r>
        <w:t xml:space="preserve"> </w:t>
      </w:r>
      <w:r>
        <w:rPr>
          <w:rFonts w:cs="Arial"/>
          <w:rtl/>
        </w:rPr>
        <w:t>الحالة</w:t>
      </w:r>
      <w:r>
        <w:t xml:space="preserve"> </w:t>
      </w:r>
      <w:r>
        <w:rPr>
          <w:rFonts w:cs="Arial"/>
          <w:rtl/>
        </w:rPr>
        <w:t>الصحية</w:t>
      </w:r>
      <w:r>
        <w:t xml:space="preserve"> </w:t>
      </w:r>
      <w:r>
        <w:rPr>
          <w:rFonts w:cs="Arial"/>
          <w:rtl/>
        </w:rPr>
        <w:t>ونوع</w:t>
      </w:r>
      <w:r>
        <w:t xml:space="preserve"> </w:t>
      </w:r>
      <w:r>
        <w:rPr>
          <w:rFonts w:cs="Arial"/>
          <w:rtl/>
        </w:rPr>
        <w:t>العينة</w:t>
      </w:r>
      <w:r>
        <w:t xml:space="preserve"> </w:t>
      </w:r>
      <w:r>
        <w:rPr>
          <w:rFonts w:cs="Arial"/>
          <w:rtl/>
        </w:rPr>
        <w:t>وطريقة</w:t>
      </w:r>
      <w:r>
        <w:t xml:space="preserve"> </w:t>
      </w:r>
      <w:r>
        <w:rPr>
          <w:rFonts w:cs="Arial"/>
          <w:rtl/>
        </w:rPr>
        <w:t>القياس</w:t>
      </w:r>
      <w:r>
        <w:t>.</w:t>
      </w:r>
      <w:r w:rsidRPr="006F759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6F7592">
        <w:rPr>
          <w:noProof/>
        </w:rPr>
        <w:lastRenderedPageBreak/>
        <w:drawing>
          <wp:inline distT="0" distB="0" distL="0" distR="0">
            <wp:extent cx="6492240" cy="8656320"/>
            <wp:effectExtent l="0" t="0" r="3810" b="0"/>
            <wp:docPr id="5" name="Picture 5" descr="C:\Users\s.alqatawneh\Downloads\IMG-20260910-WA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.alqatawneh\Downloads\IMG-20260910-WA004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865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7592" w:rsidRDefault="006F7592" w:rsidP="006F7592">
      <w:pPr>
        <w:bidi/>
      </w:pPr>
      <w:r w:rsidRPr="006F7592">
        <w:rPr>
          <w:rFonts w:cs="Arial"/>
          <w:noProof/>
          <w:rtl/>
        </w:rPr>
        <w:lastRenderedPageBreak/>
        <w:drawing>
          <wp:inline distT="0" distB="0" distL="0" distR="0">
            <wp:extent cx="6492240" cy="11541760"/>
            <wp:effectExtent l="0" t="0" r="3810" b="2540"/>
            <wp:docPr id="1" name="Picture 1" descr="C:\Users\s.alqatawneh\Downloads\IMG-20260910-WA0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.alqatawneh\Downloads\IMG-20260910-WA004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1541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4EF7" w:rsidRDefault="006F7592" w:rsidP="006F7592">
      <w:pPr>
        <w:pStyle w:val="Heading1"/>
        <w:bidi/>
      </w:pPr>
      <w:r>
        <w:rPr>
          <w:rFonts w:ascii="Arial" w:hAnsi="Arial"/>
          <w:color w:val="781423"/>
          <w:sz w:val="34"/>
        </w:rPr>
        <w:lastRenderedPageBreak/>
        <w:t xml:space="preserve">4. </w:t>
      </w:r>
      <w:r>
        <w:rPr>
          <w:rFonts w:ascii="Arial" w:hAnsi="Arial" w:cs="Arial"/>
          <w:color w:val="781423"/>
          <w:sz w:val="34"/>
          <w:szCs w:val="34"/>
          <w:rtl/>
        </w:rPr>
        <w:t>سكر</w:t>
      </w:r>
      <w:r>
        <w:rPr>
          <w:rFonts w:ascii="Arial" w:hAnsi="Arial"/>
          <w:color w:val="781423"/>
          <w:sz w:val="34"/>
        </w:rPr>
        <w:t xml:space="preserve"> </w:t>
      </w:r>
      <w:r>
        <w:rPr>
          <w:rFonts w:ascii="Arial" w:hAnsi="Arial" w:cs="Arial"/>
          <w:color w:val="781423"/>
          <w:sz w:val="34"/>
          <w:szCs w:val="34"/>
          <w:rtl/>
        </w:rPr>
        <w:t>الدم</w:t>
      </w:r>
      <w:r>
        <w:rPr>
          <w:rFonts w:ascii="Arial" w:hAnsi="Arial"/>
          <w:color w:val="781423"/>
          <w:sz w:val="34"/>
        </w:rPr>
        <w:t xml:space="preserve"> </w:t>
      </w:r>
      <w:r>
        <w:rPr>
          <w:rFonts w:ascii="Arial" w:hAnsi="Arial" w:cs="Arial"/>
          <w:color w:val="781423"/>
          <w:sz w:val="34"/>
          <w:szCs w:val="34"/>
          <w:rtl/>
        </w:rPr>
        <w:t>الصائم</w:t>
      </w:r>
      <w:r>
        <w:rPr>
          <w:rFonts w:ascii="Arial" w:hAnsi="Arial"/>
          <w:color w:val="781423"/>
          <w:sz w:val="34"/>
        </w:rPr>
        <w:t xml:space="preserve"> (Fasting Plasma Glucose)</w:t>
      </w:r>
    </w:p>
    <w:p w:rsidR="00034EF7" w:rsidRDefault="006F7592" w:rsidP="006F7592">
      <w:pPr>
        <w:bidi/>
      </w:pPr>
      <w:r>
        <w:rPr>
          <w:rFonts w:cs="Arial"/>
          <w:rtl/>
        </w:rPr>
        <w:t>يقيس</w:t>
      </w:r>
      <w:r>
        <w:t xml:space="preserve"> </w:t>
      </w:r>
      <w:r>
        <w:rPr>
          <w:rFonts w:cs="Arial"/>
          <w:rtl/>
        </w:rPr>
        <w:t>سكر</w:t>
      </w:r>
      <w:r>
        <w:t xml:space="preserve"> </w:t>
      </w:r>
      <w:r>
        <w:rPr>
          <w:rFonts w:cs="Arial"/>
          <w:rtl/>
        </w:rPr>
        <w:t>الدم</w:t>
      </w:r>
      <w:r>
        <w:t xml:space="preserve"> </w:t>
      </w:r>
      <w:r>
        <w:rPr>
          <w:rFonts w:cs="Arial"/>
          <w:rtl/>
        </w:rPr>
        <w:t>الصائم</w:t>
      </w:r>
      <w:r>
        <w:t xml:space="preserve"> </w:t>
      </w:r>
      <w:r>
        <w:rPr>
          <w:rFonts w:cs="Arial"/>
          <w:rtl/>
        </w:rPr>
        <w:t>مستوى</w:t>
      </w:r>
      <w:r>
        <w:t xml:space="preserve"> </w:t>
      </w:r>
      <w:r>
        <w:rPr>
          <w:rFonts w:cs="Arial"/>
          <w:rtl/>
        </w:rPr>
        <w:t>الجلوكوز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الدم</w:t>
      </w:r>
      <w:r>
        <w:t xml:space="preserve"> </w:t>
      </w:r>
      <w:r>
        <w:rPr>
          <w:rFonts w:cs="Arial"/>
          <w:rtl/>
        </w:rPr>
        <w:t>بعد</w:t>
      </w:r>
      <w:r>
        <w:t xml:space="preserve"> </w:t>
      </w:r>
      <w:r>
        <w:rPr>
          <w:rFonts w:cs="Arial"/>
          <w:rtl/>
        </w:rPr>
        <w:t>فترة</w:t>
      </w:r>
      <w:r>
        <w:t xml:space="preserve"> </w:t>
      </w:r>
      <w:r>
        <w:rPr>
          <w:rFonts w:cs="Arial"/>
          <w:rtl/>
        </w:rPr>
        <w:t>صيام</w:t>
      </w:r>
      <w:r>
        <w:t xml:space="preserve">. </w:t>
      </w:r>
      <w:r>
        <w:rPr>
          <w:rFonts w:cs="Arial"/>
          <w:rtl/>
        </w:rPr>
        <w:t>وفقًا</w:t>
      </w:r>
      <w:r>
        <w:t xml:space="preserve"> </w:t>
      </w:r>
      <w:r>
        <w:rPr>
          <w:rFonts w:cs="Arial"/>
          <w:rtl/>
        </w:rPr>
        <w:t>لمعايير</w:t>
      </w:r>
      <w:r>
        <w:t xml:space="preserve"> </w:t>
      </w:r>
      <w:r>
        <w:rPr>
          <w:rFonts w:cs="Arial"/>
          <w:rtl/>
        </w:rPr>
        <w:t>الجمعية</w:t>
      </w:r>
      <w:r>
        <w:t xml:space="preserve"> </w:t>
      </w:r>
      <w:r>
        <w:rPr>
          <w:rFonts w:cs="Arial"/>
          <w:rtl/>
        </w:rPr>
        <w:t>الأمريكية</w:t>
      </w:r>
      <w:r>
        <w:t xml:space="preserve"> </w:t>
      </w:r>
      <w:r>
        <w:rPr>
          <w:rFonts w:cs="Arial"/>
          <w:rtl/>
        </w:rPr>
        <w:t>للسكري</w:t>
      </w:r>
      <w:r>
        <w:t xml:space="preserve"> (ADA) </w:t>
      </w:r>
      <w:r>
        <w:rPr>
          <w:rFonts w:cs="Arial"/>
          <w:rtl/>
        </w:rPr>
        <w:t>لعام</w:t>
      </w:r>
      <w:r>
        <w:t xml:space="preserve"> 2026</w:t>
      </w:r>
      <w:r>
        <w:rPr>
          <w:rFonts w:cs="Arial"/>
          <w:rtl/>
        </w:rPr>
        <w:t>،</w:t>
      </w:r>
      <w:r>
        <w:t xml:space="preserve"> </w:t>
      </w:r>
      <w:r>
        <w:rPr>
          <w:rFonts w:cs="Arial"/>
          <w:rtl/>
        </w:rPr>
        <w:t>يُعرّف</w:t>
      </w:r>
      <w:r>
        <w:t xml:space="preserve"> </w:t>
      </w:r>
      <w:r>
        <w:rPr>
          <w:rFonts w:cs="Arial"/>
          <w:rtl/>
        </w:rPr>
        <w:t>الصيام</w:t>
      </w:r>
      <w:r>
        <w:t xml:space="preserve"> </w:t>
      </w:r>
      <w:r>
        <w:rPr>
          <w:rFonts w:cs="Arial"/>
          <w:rtl/>
        </w:rPr>
        <w:t>بأنه</w:t>
      </w:r>
      <w:r>
        <w:t xml:space="preserve"> </w:t>
      </w:r>
      <w:r>
        <w:rPr>
          <w:rFonts w:cs="Arial"/>
          <w:rtl/>
        </w:rPr>
        <w:t>عدم</w:t>
      </w:r>
      <w:r>
        <w:t xml:space="preserve"> </w:t>
      </w:r>
      <w:r>
        <w:rPr>
          <w:rFonts w:cs="Arial"/>
          <w:rtl/>
        </w:rPr>
        <w:t>تناول</w:t>
      </w:r>
      <w:r>
        <w:t xml:space="preserve"> </w:t>
      </w:r>
      <w:r>
        <w:rPr>
          <w:rFonts w:cs="Arial"/>
          <w:rtl/>
        </w:rPr>
        <w:t>سعرات</w:t>
      </w:r>
      <w:r>
        <w:t xml:space="preserve"> </w:t>
      </w:r>
      <w:r>
        <w:rPr>
          <w:rFonts w:cs="Arial"/>
          <w:rtl/>
        </w:rPr>
        <w:t>حرارية</w:t>
      </w:r>
      <w:r>
        <w:t xml:space="preserve"> </w:t>
      </w:r>
      <w:r>
        <w:rPr>
          <w:rFonts w:cs="Arial"/>
          <w:rtl/>
        </w:rPr>
        <w:t>لمدة</w:t>
      </w:r>
      <w:r>
        <w:t xml:space="preserve"> </w:t>
      </w:r>
      <w:r>
        <w:rPr>
          <w:rFonts w:cs="Arial"/>
          <w:rtl/>
        </w:rPr>
        <w:t>لا</w:t>
      </w:r>
      <w:r>
        <w:t xml:space="preserve"> </w:t>
      </w:r>
      <w:r>
        <w:rPr>
          <w:rFonts w:cs="Arial"/>
          <w:rtl/>
        </w:rPr>
        <w:t>تقل</w:t>
      </w:r>
      <w:r>
        <w:t xml:space="preserve"> </w:t>
      </w:r>
      <w:r>
        <w:rPr>
          <w:rFonts w:cs="Arial"/>
          <w:rtl/>
        </w:rPr>
        <w:t>عن</w:t>
      </w:r>
      <w:r>
        <w:t xml:space="preserve"> 8 </w:t>
      </w:r>
      <w:r>
        <w:rPr>
          <w:rFonts w:cs="Arial"/>
          <w:rtl/>
        </w:rPr>
        <w:t>ساعات</w:t>
      </w:r>
      <w:r>
        <w:t>.</w:t>
      </w:r>
    </w:p>
    <w:p w:rsidR="00034EF7" w:rsidRDefault="006F7592" w:rsidP="006F7592">
      <w:pPr>
        <w:pStyle w:val="Heading2"/>
        <w:bidi/>
      </w:pPr>
      <w:r>
        <w:rPr>
          <w:rFonts w:ascii="Arial" w:hAnsi="Arial" w:cs="Arial"/>
          <w:color w:val="235078"/>
          <w:sz w:val="28"/>
          <w:szCs w:val="28"/>
          <w:rtl/>
        </w:rPr>
        <w:t>القيم</w:t>
      </w:r>
      <w:r>
        <w:rPr>
          <w:rFonts w:ascii="Arial" w:hAnsi="Arial"/>
          <w:color w:val="235078"/>
          <w:sz w:val="28"/>
        </w:rPr>
        <w:t xml:space="preserve"> </w:t>
      </w:r>
      <w:r>
        <w:rPr>
          <w:rFonts w:ascii="Arial" w:hAnsi="Arial" w:cs="Arial"/>
          <w:color w:val="235078"/>
          <w:sz w:val="28"/>
          <w:szCs w:val="28"/>
          <w:rtl/>
        </w:rPr>
        <w:t>المستخدمة</w:t>
      </w:r>
      <w:r>
        <w:rPr>
          <w:rFonts w:ascii="Arial" w:hAnsi="Arial"/>
          <w:color w:val="235078"/>
          <w:sz w:val="28"/>
        </w:rPr>
        <w:t xml:space="preserve"> </w:t>
      </w:r>
      <w:r>
        <w:rPr>
          <w:rFonts w:ascii="Arial" w:hAnsi="Arial" w:cs="Arial"/>
          <w:color w:val="235078"/>
          <w:sz w:val="28"/>
          <w:szCs w:val="28"/>
          <w:rtl/>
        </w:rPr>
        <w:t>لتقييم</w:t>
      </w:r>
      <w:r>
        <w:rPr>
          <w:rFonts w:ascii="Arial" w:hAnsi="Arial"/>
          <w:color w:val="235078"/>
          <w:sz w:val="28"/>
        </w:rPr>
        <w:t xml:space="preserve"> </w:t>
      </w:r>
      <w:r>
        <w:rPr>
          <w:rFonts w:ascii="Arial" w:hAnsi="Arial" w:cs="Arial"/>
          <w:color w:val="235078"/>
          <w:sz w:val="28"/>
          <w:szCs w:val="28"/>
          <w:rtl/>
        </w:rPr>
        <w:t>سكر</w:t>
      </w:r>
      <w:r>
        <w:rPr>
          <w:rFonts w:ascii="Arial" w:hAnsi="Arial"/>
          <w:color w:val="235078"/>
          <w:sz w:val="28"/>
        </w:rPr>
        <w:t xml:space="preserve"> </w:t>
      </w:r>
      <w:r>
        <w:rPr>
          <w:rFonts w:ascii="Arial" w:hAnsi="Arial" w:cs="Arial"/>
          <w:color w:val="235078"/>
          <w:sz w:val="28"/>
          <w:szCs w:val="28"/>
          <w:rtl/>
        </w:rPr>
        <w:t>الدم</w:t>
      </w:r>
      <w:r>
        <w:rPr>
          <w:rFonts w:ascii="Arial" w:hAnsi="Arial"/>
          <w:color w:val="235078"/>
          <w:sz w:val="28"/>
        </w:rPr>
        <w:t xml:space="preserve"> </w:t>
      </w:r>
      <w:r>
        <w:rPr>
          <w:rFonts w:ascii="Arial" w:hAnsi="Arial" w:cs="Arial"/>
          <w:color w:val="235078"/>
          <w:sz w:val="28"/>
          <w:szCs w:val="28"/>
          <w:rtl/>
        </w:rPr>
        <w:t>الصائم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408"/>
        <w:gridCol w:w="3408"/>
        <w:gridCol w:w="3408"/>
      </w:tblGrid>
      <w:tr w:rsidR="00034EF7">
        <w:trPr>
          <w:jc w:val="center"/>
        </w:trPr>
        <w:tc>
          <w:tcPr>
            <w:tcW w:w="3408" w:type="dxa"/>
            <w:vAlign w:val="center"/>
          </w:tcPr>
          <w:p w:rsidR="00034EF7" w:rsidRDefault="006F7592" w:rsidP="006F7592">
            <w:pPr>
              <w:bidi/>
            </w:pPr>
            <w:r>
              <w:rPr>
                <w:rFonts w:cs="Arial"/>
                <w:rtl/>
              </w:rPr>
              <w:t>التصنيف</w:t>
            </w:r>
          </w:p>
        </w:tc>
        <w:tc>
          <w:tcPr>
            <w:tcW w:w="3408" w:type="dxa"/>
            <w:vAlign w:val="center"/>
          </w:tcPr>
          <w:p w:rsidR="00034EF7" w:rsidRDefault="006F7592" w:rsidP="006F7592">
            <w:pPr>
              <w:bidi/>
            </w:pPr>
            <w:r>
              <w:rPr>
                <w:rFonts w:cs="Arial"/>
                <w:rtl/>
              </w:rPr>
              <w:t>القيمة</w:t>
            </w:r>
            <w:r>
              <w:t xml:space="preserve"> (mg/dL)</w:t>
            </w:r>
          </w:p>
        </w:tc>
        <w:tc>
          <w:tcPr>
            <w:tcW w:w="3408" w:type="dxa"/>
            <w:vAlign w:val="center"/>
          </w:tcPr>
          <w:p w:rsidR="00034EF7" w:rsidRDefault="006F7592" w:rsidP="006F7592">
            <w:pPr>
              <w:bidi/>
            </w:pPr>
            <w:r>
              <w:rPr>
                <w:rFonts w:cs="Arial"/>
                <w:rtl/>
              </w:rPr>
              <w:t>ملاحظة</w:t>
            </w:r>
          </w:p>
        </w:tc>
      </w:tr>
      <w:tr w:rsidR="00034EF7">
        <w:trPr>
          <w:jc w:val="center"/>
        </w:trPr>
        <w:tc>
          <w:tcPr>
            <w:tcW w:w="3408" w:type="dxa"/>
          </w:tcPr>
          <w:p w:rsidR="00034EF7" w:rsidRDefault="006F7592" w:rsidP="006F7592">
            <w:pPr>
              <w:bidi/>
            </w:pPr>
            <w:r>
              <w:rPr>
                <w:rFonts w:cs="Arial"/>
                <w:rtl/>
              </w:rPr>
              <w:t>طبيعي</w:t>
            </w:r>
          </w:p>
        </w:tc>
        <w:tc>
          <w:tcPr>
            <w:tcW w:w="3408" w:type="dxa"/>
          </w:tcPr>
          <w:p w:rsidR="00034EF7" w:rsidRDefault="006F7592" w:rsidP="006F7592">
            <w:pPr>
              <w:bidi/>
            </w:pPr>
            <w:r>
              <w:rPr>
                <w:rFonts w:cs="Arial"/>
                <w:rtl/>
              </w:rPr>
              <w:t>أقل</w:t>
            </w:r>
            <w:r>
              <w:t xml:space="preserve"> </w:t>
            </w:r>
            <w:r>
              <w:rPr>
                <w:rFonts w:cs="Arial"/>
                <w:rtl/>
              </w:rPr>
              <w:t>من</w:t>
            </w:r>
            <w:r>
              <w:t xml:space="preserve"> 100</w:t>
            </w:r>
          </w:p>
        </w:tc>
        <w:tc>
          <w:tcPr>
            <w:tcW w:w="3408" w:type="dxa"/>
          </w:tcPr>
          <w:p w:rsidR="00034EF7" w:rsidRDefault="006F7592" w:rsidP="006F7592">
            <w:pPr>
              <w:bidi/>
            </w:pPr>
            <w:r>
              <w:rPr>
                <w:rFonts w:cs="Arial"/>
                <w:rtl/>
              </w:rPr>
              <w:t>يُفسر</w:t>
            </w:r>
            <w:r>
              <w:t xml:space="preserve"> </w:t>
            </w:r>
            <w:r>
              <w:rPr>
                <w:rFonts w:cs="Arial"/>
                <w:rtl/>
              </w:rPr>
              <w:t>ضمن</w:t>
            </w:r>
            <w:r>
              <w:t xml:space="preserve"> </w:t>
            </w:r>
            <w:r>
              <w:rPr>
                <w:rFonts w:cs="Arial"/>
                <w:rtl/>
              </w:rPr>
              <w:t>الحالة</w:t>
            </w:r>
            <w:r>
              <w:t xml:space="preserve"> </w:t>
            </w:r>
            <w:r>
              <w:rPr>
                <w:rFonts w:cs="Arial"/>
                <w:rtl/>
              </w:rPr>
              <w:t>الصحية</w:t>
            </w:r>
            <w:r>
              <w:t xml:space="preserve"> </w:t>
            </w:r>
            <w:r>
              <w:rPr>
                <w:rFonts w:cs="Arial"/>
                <w:rtl/>
              </w:rPr>
              <w:t>وعوامل</w:t>
            </w:r>
            <w:r>
              <w:t xml:space="preserve"> </w:t>
            </w:r>
            <w:r>
              <w:rPr>
                <w:rFonts w:cs="Arial"/>
                <w:rtl/>
              </w:rPr>
              <w:t>الخطورة</w:t>
            </w:r>
          </w:p>
        </w:tc>
      </w:tr>
      <w:tr w:rsidR="00034EF7">
        <w:trPr>
          <w:jc w:val="center"/>
        </w:trPr>
        <w:tc>
          <w:tcPr>
            <w:tcW w:w="3408" w:type="dxa"/>
          </w:tcPr>
          <w:p w:rsidR="00034EF7" w:rsidRDefault="006F7592" w:rsidP="006F7592">
            <w:pPr>
              <w:bidi/>
            </w:pPr>
            <w:r>
              <w:rPr>
                <w:rFonts w:cs="Arial"/>
                <w:rtl/>
              </w:rPr>
              <w:t>مرحلة</w:t>
            </w:r>
            <w:r>
              <w:t xml:space="preserve"> </w:t>
            </w:r>
            <w:r>
              <w:rPr>
                <w:rFonts w:cs="Arial"/>
                <w:rtl/>
              </w:rPr>
              <w:t>ما</w:t>
            </w:r>
            <w:r>
              <w:t xml:space="preserve"> </w:t>
            </w:r>
            <w:r>
              <w:rPr>
                <w:rFonts w:cs="Arial"/>
                <w:rtl/>
              </w:rPr>
              <w:t>قبل</w:t>
            </w:r>
            <w:r>
              <w:t xml:space="preserve"> </w:t>
            </w:r>
            <w:r>
              <w:rPr>
                <w:rFonts w:cs="Arial"/>
                <w:rtl/>
              </w:rPr>
              <w:t>السكري</w:t>
            </w:r>
          </w:p>
        </w:tc>
        <w:tc>
          <w:tcPr>
            <w:tcW w:w="3408" w:type="dxa"/>
          </w:tcPr>
          <w:p w:rsidR="00034EF7" w:rsidRDefault="006F7592" w:rsidP="006F7592">
            <w:pPr>
              <w:bidi/>
            </w:pPr>
            <w:r>
              <w:t>100–125</w:t>
            </w:r>
          </w:p>
        </w:tc>
        <w:tc>
          <w:tcPr>
            <w:tcW w:w="3408" w:type="dxa"/>
          </w:tcPr>
          <w:p w:rsidR="00034EF7" w:rsidRDefault="006F7592" w:rsidP="006F7592">
            <w:pPr>
              <w:bidi/>
            </w:pPr>
            <w:r>
              <w:rPr>
                <w:rFonts w:cs="Arial"/>
                <w:rtl/>
              </w:rPr>
              <w:t>قد</w:t>
            </w:r>
            <w:r>
              <w:t xml:space="preserve"> </w:t>
            </w:r>
            <w:r>
              <w:rPr>
                <w:rFonts w:cs="Arial"/>
                <w:rtl/>
              </w:rPr>
              <w:t>يحتاج</w:t>
            </w:r>
            <w:r>
              <w:t xml:space="preserve"> </w:t>
            </w:r>
            <w:r>
              <w:rPr>
                <w:rFonts w:cs="Arial"/>
                <w:rtl/>
              </w:rPr>
              <w:t>إلى</w:t>
            </w:r>
            <w:r>
              <w:t xml:space="preserve"> </w:t>
            </w:r>
            <w:r>
              <w:rPr>
                <w:rFonts w:cs="Arial"/>
                <w:rtl/>
              </w:rPr>
              <w:t>متابعة</w:t>
            </w:r>
            <w:r>
              <w:t xml:space="preserve"> </w:t>
            </w:r>
            <w:r>
              <w:rPr>
                <w:rFonts w:cs="Arial"/>
                <w:rtl/>
              </w:rPr>
              <w:t>وتقييم</w:t>
            </w:r>
            <w:r>
              <w:t xml:space="preserve"> </w:t>
            </w:r>
            <w:r>
              <w:rPr>
                <w:rFonts w:cs="Arial"/>
                <w:rtl/>
              </w:rPr>
              <w:t>طبي</w:t>
            </w:r>
          </w:p>
        </w:tc>
      </w:tr>
      <w:tr w:rsidR="00034EF7">
        <w:trPr>
          <w:jc w:val="center"/>
        </w:trPr>
        <w:tc>
          <w:tcPr>
            <w:tcW w:w="3408" w:type="dxa"/>
          </w:tcPr>
          <w:p w:rsidR="00034EF7" w:rsidRDefault="006F7592" w:rsidP="006F7592">
            <w:pPr>
              <w:bidi/>
            </w:pPr>
            <w:r>
              <w:rPr>
                <w:rFonts w:cs="Arial"/>
                <w:rtl/>
              </w:rPr>
              <w:t>ضمن</w:t>
            </w:r>
            <w:r>
              <w:t xml:space="preserve"> </w:t>
            </w:r>
            <w:r>
              <w:rPr>
                <w:rFonts w:cs="Arial"/>
                <w:rtl/>
              </w:rPr>
              <w:t>النطاق</w:t>
            </w:r>
            <w:r>
              <w:t xml:space="preserve"> </w:t>
            </w:r>
            <w:r>
              <w:rPr>
                <w:rFonts w:cs="Arial"/>
                <w:rtl/>
              </w:rPr>
              <w:t>التشخيصي</w:t>
            </w:r>
            <w:r>
              <w:t xml:space="preserve"> </w:t>
            </w:r>
            <w:r>
              <w:rPr>
                <w:rFonts w:cs="Arial"/>
                <w:rtl/>
              </w:rPr>
              <w:t>للسكري</w:t>
            </w:r>
          </w:p>
        </w:tc>
        <w:tc>
          <w:tcPr>
            <w:tcW w:w="3408" w:type="dxa"/>
          </w:tcPr>
          <w:p w:rsidR="00034EF7" w:rsidRDefault="006F7592" w:rsidP="006F7592">
            <w:pPr>
              <w:bidi/>
            </w:pPr>
            <w:r>
              <w:t xml:space="preserve">126 </w:t>
            </w:r>
            <w:r>
              <w:rPr>
                <w:rFonts w:cs="Arial"/>
                <w:rtl/>
              </w:rPr>
              <w:t>أو</w:t>
            </w:r>
            <w:r>
              <w:t xml:space="preserve"> </w:t>
            </w:r>
            <w:r>
              <w:rPr>
                <w:rFonts w:cs="Arial"/>
                <w:rtl/>
              </w:rPr>
              <w:t>أكثر</w:t>
            </w:r>
          </w:p>
        </w:tc>
        <w:tc>
          <w:tcPr>
            <w:tcW w:w="3408" w:type="dxa"/>
          </w:tcPr>
          <w:p w:rsidR="00034EF7" w:rsidRDefault="006F7592" w:rsidP="006F7592">
            <w:pPr>
              <w:bidi/>
            </w:pPr>
            <w:r>
              <w:rPr>
                <w:rFonts w:cs="Arial"/>
                <w:rtl/>
              </w:rPr>
              <w:t>يتطلب</w:t>
            </w:r>
            <w:r>
              <w:t xml:space="preserve"> </w:t>
            </w:r>
            <w:r>
              <w:rPr>
                <w:rFonts w:cs="Arial"/>
                <w:rtl/>
              </w:rPr>
              <w:t>التأكيد</w:t>
            </w:r>
            <w:r>
              <w:t xml:space="preserve"> </w:t>
            </w:r>
            <w:r>
              <w:rPr>
                <w:rFonts w:cs="Arial"/>
                <w:rtl/>
              </w:rPr>
              <w:t>في</w:t>
            </w:r>
            <w:r>
              <w:t xml:space="preserve"> </w:t>
            </w:r>
            <w:r>
              <w:rPr>
                <w:rFonts w:cs="Arial"/>
                <w:rtl/>
              </w:rPr>
              <w:t>غياب</w:t>
            </w:r>
            <w:r>
              <w:t xml:space="preserve"> </w:t>
            </w:r>
            <w:r>
              <w:rPr>
                <w:rFonts w:cs="Arial"/>
                <w:rtl/>
              </w:rPr>
              <w:t>فرط</w:t>
            </w:r>
            <w:r>
              <w:t xml:space="preserve"> </w:t>
            </w:r>
            <w:r>
              <w:rPr>
                <w:rFonts w:cs="Arial"/>
                <w:rtl/>
              </w:rPr>
              <w:t>سكر</w:t>
            </w:r>
            <w:r>
              <w:t xml:space="preserve"> </w:t>
            </w:r>
            <w:r>
              <w:rPr>
                <w:rFonts w:cs="Arial"/>
                <w:rtl/>
              </w:rPr>
              <w:t>واضح</w:t>
            </w:r>
            <w:r>
              <w:t xml:space="preserve"> </w:t>
            </w:r>
            <w:r>
              <w:rPr>
                <w:rFonts w:cs="Arial"/>
                <w:rtl/>
              </w:rPr>
              <w:t>أو</w:t>
            </w:r>
            <w:r>
              <w:t xml:space="preserve"> </w:t>
            </w:r>
            <w:r>
              <w:rPr>
                <w:rFonts w:cs="Arial"/>
                <w:rtl/>
              </w:rPr>
              <w:t>أعراض</w:t>
            </w:r>
            <w:r>
              <w:t xml:space="preserve"> </w:t>
            </w:r>
            <w:r>
              <w:rPr>
                <w:rFonts w:cs="Arial"/>
                <w:rtl/>
              </w:rPr>
              <w:t>كلاسيكية</w:t>
            </w:r>
          </w:p>
        </w:tc>
      </w:tr>
    </w:tbl>
    <w:p w:rsidR="00034EF7" w:rsidRDefault="006F7592" w:rsidP="006F7592">
      <w:pPr>
        <w:bidi/>
      </w:pP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غياب</w:t>
      </w:r>
      <w:r>
        <w:t xml:space="preserve"> </w:t>
      </w:r>
      <w:r>
        <w:rPr>
          <w:rFonts w:cs="Arial"/>
          <w:rtl/>
        </w:rPr>
        <w:t>الأعراض</w:t>
      </w:r>
      <w:r>
        <w:t xml:space="preserve"> </w:t>
      </w:r>
      <w:r>
        <w:rPr>
          <w:rFonts w:cs="Arial"/>
          <w:rtl/>
        </w:rPr>
        <w:t>الواضحة</w:t>
      </w:r>
      <w:r>
        <w:t xml:space="preserve"> </w:t>
      </w:r>
      <w:r>
        <w:rPr>
          <w:rFonts w:cs="Arial"/>
          <w:rtl/>
        </w:rPr>
        <w:t>لارتفاع</w:t>
      </w:r>
      <w:r>
        <w:t xml:space="preserve"> </w:t>
      </w:r>
      <w:r>
        <w:rPr>
          <w:rFonts w:cs="Arial"/>
          <w:rtl/>
        </w:rPr>
        <w:t>السكر،</w:t>
      </w:r>
      <w:r>
        <w:t xml:space="preserve"> </w:t>
      </w:r>
      <w:r>
        <w:rPr>
          <w:rFonts w:cs="Arial"/>
          <w:rtl/>
        </w:rPr>
        <w:t>تنص</w:t>
      </w:r>
      <w:r>
        <w:t xml:space="preserve"> </w:t>
      </w:r>
      <w:r>
        <w:rPr>
          <w:rFonts w:cs="Arial"/>
          <w:rtl/>
        </w:rPr>
        <w:t>معايير</w:t>
      </w:r>
      <w:r>
        <w:t xml:space="preserve"> ADA </w:t>
      </w:r>
      <w:r>
        <w:rPr>
          <w:rFonts w:cs="Arial"/>
          <w:rtl/>
        </w:rPr>
        <w:t>على</w:t>
      </w:r>
      <w:r>
        <w:t xml:space="preserve"> </w:t>
      </w:r>
      <w:r>
        <w:rPr>
          <w:rFonts w:cs="Arial"/>
          <w:rtl/>
        </w:rPr>
        <w:t>ضرورة</w:t>
      </w:r>
      <w:r>
        <w:t xml:space="preserve"> </w:t>
      </w:r>
      <w:r>
        <w:rPr>
          <w:rFonts w:cs="Arial"/>
          <w:rtl/>
        </w:rPr>
        <w:t>تأكيد</w:t>
      </w:r>
      <w:r>
        <w:t xml:space="preserve"> </w:t>
      </w:r>
      <w:r>
        <w:rPr>
          <w:rFonts w:cs="Arial"/>
          <w:rtl/>
        </w:rPr>
        <w:t>التشخيص</w:t>
      </w:r>
      <w:r>
        <w:t xml:space="preserve"> </w:t>
      </w:r>
      <w:r>
        <w:rPr>
          <w:rFonts w:cs="Arial"/>
          <w:rtl/>
        </w:rPr>
        <w:t>بنتيجة</w:t>
      </w:r>
      <w:r>
        <w:t xml:space="preserve"> </w:t>
      </w:r>
      <w:r>
        <w:rPr>
          <w:rFonts w:cs="Arial"/>
          <w:rtl/>
        </w:rPr>
        <w:t>غير</w:t>
      </w:r>
      <w:r>
        <w:t xml:space="preserve"> </w:t>
      </w:r>
      <w:r>
        <w:rPr>
          <w:rFonts w:cs="Arial"/>
          <w:rtl/>
        </w:rPr>
        <w:t>طبيعية</w:t>
      </w:r>
      <w:r>
        <w:t xml:space="preserve"> </w:t>
      </w:r>
      <w:r>
        <w:rPr>
          <w:rFonts w:cs="Arial"/>
          <w:rtl/>
        </w:rPr>
        <w:t>ثانية،</w:t>
      </w:r>
      <w:r>
        <w:t xml:space="preserve"> </w:t>
      </w:r>
      <w:r>
        <w:rPr>
          <w:rFonts w:cs="Arial"/>
          <w:rtl/>
        </w:rPr>
        <w:t>إما</w:t>
      </w:r>
      <w:r>
        <w:t xml:space="preserve"> </w:t>
      </w:r>
      <w:r>
        <w:rPr>
          <w:rFonts w:cs="Arial"/>
          <w:rtl/>
        </w:rPr>
        <w:t>باستخدام</w:t>
      </w:r>
      <w:r>
        <w:t xml:space="preserve"> </w:t>
      </w:r>
      <w:r>
        <w:rPr>
          <w:rFonts w:cs="Arial"/>
          <w:rtl/>
        </w:rPr>
        <w:t>اختبار</w:t>
      </w:r>
      <w:r>
        <w:t xml:space="preserve"> </w:t>
      </w:r>
      <w:r>
        <w:rPr>
          <w:rFonts w:cs="Arial"/>
          <w:rtl/>
        </w:rPr>
        <w:t>آخر</w:t>
      </w:r>
      <w:r>
        <w:t xml:space="preserve"> </w:t>
      </w:r>
      <w:r>
        <w:rPr>
          <w:rFonts w:cs="Arial"/>
          <w:rtl/>
        </w:rPr>
        <w:t>أو</w:t>
      </w:r>
      <w:r>
        <w:t xml:space="preserve"> </w:t>
      </w:r>
      <w:r>
        <w:rPr>
          <w:rFonts w:cs="Arial"/>
          <w:rtl/>
        </w:rPr>
        <w:t>بإعادة</w:t>
      </w:r>
      <w:r>
        <w:t xml:space="preserve"> </w:t>
      </w:r>
      <w:r>
        <w:rPr>
          <w:rFonts w:cs="Arial"/>
          <w:rtl/>
        </w:rPr>
        <w:t>الاختبار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وقت</w:t>
      </w:r>
      <w:r>
        <w:t xml:space="preserve"> </w:t>
      </w:r>
      <w:r>
        <w:rPr>
          <w:rFonts w:cs="Arial"/>
          <w:rtl/>
        </w:rPr>
        <w:t>مختلف</w:t>
      </w:r>
      <w:r>
        <w:t>.</w:t>
      </w:r>
    </w:p>
    <w:p w:rsidR="00034EF7" w:rsidRDefault="006F7592" w:rsidP="006F7592">
      <w:pPr>
        <w:pStyle w:val="Heading1"/>
        <w:bidi/>
      </w:pPr>
      <w:r>
        <w:rPr>
          <w:rFonts w:ascii="Arial" w:hAnsi="Arial"/>
          <w:color w:val="781423"/>
          <w:sz w:val="34"/>
        </w:rPr>
        <w:t xml:space="preserve">5. </w:t>
      </w:r>
      <w:r>
        <w:rPr>
          <w:rFonts w:ascii="Arial" w:hAnsi="Arial" w:cs="Arial"/>
          <w:color w:val="781423"/>
          <w:sz w:val="34"/>
          <w:szCs w:val="34"/>
          <w:rtl/>
        </w:rPr>
        <w:t>السكر</w:t>
      </w:r>
      <w:r>
        <w:rPr>
          <w:rFonts w:ascii="Arial" w:hAnsi="Arial"/>
          <w:color w:val="781423"/>
          <w:sz w:val="34"/>
        </w:rPr>
        <w:t xml:space="preserve"> </w:t>
      </w:r>
      <w:r>
        <w:rPr>
          <w:rFonts w:ascii="Arial" w:hAnsi="Arial" w:cs="Arial"/>
          <w:color w:val="781423"/>
          <w:sz w:val="34"/>
          <w:szCs w:val="34"/>
          <w:rtl/>
        </w:rPr>
        <w:t>التراكمي</w:t>
      </w:r>
      <w:r>
        <w:rPr>
          <w:rFonts w:ascii="Arial" w:hAnsi="Arial"/>
          <w:color w:val="781423"/>
          <w:sz w:val="34"/>
        </w:rPr>
        <w:t xml:space="preserve"> HbA1c</w:t>
      </w:r>
    </w:p>
    <w:p w:rsidR="00034EF7" w:rsidRDefault="006F7592" w:rsidP="006F7592">
      <w:pPr>
        <w:bidi/>
      </w:pPr>
      <w:r>
        <w:rPr>
          <w:rFonts w:cs="Arial"/>
          <w:rtl/>
        </w:rPr>
        <w:t>يعكس</w:t>
      </w:r>
      <w:r>
        <w:t xml:space="preserve"> HbA1c </w:t>
      </w:r>
      <w:r>
        <w:rPr>
          <w:rFonts w:cs="Arial"/>
          <w:rtl/>
        </w:rPr>
        <w:t>متوسط</w:t>
      </w:r>
      <w:r>
        <w:t xml:space="preserve"> </w:t>
      </w:r>
      <w:r>
        <w:rPr>
          <w:rFonts w:cs="Arial"/>
          <w:rtl/>
        </w:rPr>
        <w:t>التعرض</w:t>
      </w:r>
      <w:r>
        <w:t xml:space="preserve"> </w:t>
      </w:r>
      <w:r>
        <w:rPr>
          <w:rFonts w:cs="Arial"/>
          <w:rtl/>
        </w:rPr>
        <w:t>لمستويات</w:t>
      </w:r>
      <w:r>
        <w:t xml:space="preserve"> </w:t>
      </w:r>
      <w:r>
        <w:rPr>
          <w:rFonts w:cs="Arial"/>
          <w:rtl/>
        </w:rPr>
        <w:t>الجلوكوز</w:t>
      </w:r>
      <w:r>
        <w:t xml:space="preserve"> </w:t>
      </w:r>
      <w:r>
        <w:rPr>
          <w:rFonts w:cs="Arial"/>
          <w:rtl/>
        </w:rPr>
        <w:t>خلال</w:t>
      </w:r>
      <w:r>
        <w:t xml:space="preserve"> </w:t>
      </w:r>
      <w:r>
        <w:rPr>
          <w:rFonts w:cs="Arial"/>
          <w:rtl/>
        </w:rPr>
        <w:t>الأشهر</w:t>
      </w:r>
      <w:r>
        <w:t xml:space="preserve"> </w:t>
      </w:r>
      <w:r>
        <w:rPr>
          <w:rFonts w:cs="Arial"/>
          <w:rtl/>
        </w:rPr>
        <w:t>السابقة،</w:t>
      </w:r>
      <w:r>
        <w:t xml:space="preserve"> </w:t>
      </w:r>
      <w:r>
        <w:rPr>
          <w:rFonts w:cs="Arial"/>
          <w:rtl/>
        </w:rPr>
        <w:t>ويُستخدم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تشخيص</w:t>
      </w:r>
      <w:r>
        <w:t xml:space="preserve"> </w:t>
      </w:r>
      <w:r>
        <w:rPr>
          <w:rFonts w:cs="Arial"/>
          <w:rtl/>
        </w:rPr>
        <w:t>السكري</w:t>
      </w:r>
      <w:r>
        <w:t xml:space="preserve"> </w:t>
      </w:r>
      <w:r>
        <w:rPr>
          <w:rFonts w:cs="Arial"/>
          <w:rtl/>
        </w:rPr>
        <w:t>ومتابعة</w:t>
      </w:r>
      <w:r>
        <w:t xml:space="preserve"> </w:t>
      </w:r>
      <w:r>
        <w:rPr>
          <w:rFonts w:cs="Arial"/>
          <w:rtl/>
        </w:rPr>
        <w:t>التحكم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مستوى</w:t>
      </w:r>
      <w:r>
        <w:t xml:space="preserve"> </w:t>
      </w:r>
      <w:r>
        <w:rPr>
          <w:rFonts w:cs="Arial"/>
          <w:rtl/>
        </w:rPr>
        <w:t>السكر</w:t>
      </w:r>
      <w:r>
        <w:t xml:space="preserve">. </w:t>
      </w:r>
      <w:r>
        <w:rPr>
          <w:rFonts w:cs="Arial"/>
          <w:rtl/>
        </w:rPr>
        <w:t>لا</w:t>
      </w:r>
      <w:r>
        <w:t xml:space="preserve"> </w:t>
      </w:r>
      <w:r>
        <w:rPr>
          <w:rFonts w:cs="Arial"/>
          <w:rtl/>
        </w:rPr>
        <w:t>يحتاج</w:t>
      </w:r>
      <w:r>
        <w:t xml:space="preserve"> HbA1c </w:t>
      </w:r>
      <w:r>
        <w:rPr>
          <w:rFonts w:cs="Arial"/>
          <w:rtl/>
        </w:rPr>
        <w:t>إلى</w:t>
      </w:r>
      <w:r>
        <w:t xml:space="preserve"> </w:t>
      </w:r>
      <w:r>
        <w:rPr>
          <w:rFonts w:cs="Arial"/>
          <w:rtl/>
        </w:rPr>
        <w:t>الصيام</w:t>
      </w:r>
      <w:r>
        <w:t>.</w:t>
      </w:r>
    </w:p>
    <w:p w:rsidR="00034EF7" w:rsidRDefault="006F7592" w:rsidP="006F7592">
      <w:pPr>
        <w:pStyle w:val="Heading2"/>
        <w:bidi/>
      </w:pPr>
      <w:r>
        <w:rPr>
          <w:rFonts w:ascii="Arial" w:hAnsi="Arial" w:cs="Arial"/>
          <w:color w:val="235078"/>
          <w:sz w:val="28"/>
          <w:szCs w:val="28"/>
          <w:rtl/>
        </w:rPr>
        <w:t>القيم</w:t>
      </w:r>
      <w:r>
        <w:rPr>
          <w:rFonts w:ascii="Arial" w:hAnsi="Arial"/>
          <w:color w:val="235078"/>
          <w:sz w:val="28"/>
        </w:rPr>
        <w:t xml:space="preserve"> </w:t>
      </w:r>
      <w:r>
        <w:rPr>
          <w:rFonts w:ascii="Arial" w:hAnsi="Arial" w:cs="Arial"/>
          <w:color w:val="235078"/>
          <w:sz w:val="28"/>
          <w:szCs w:val="28"/>
          <w:rtl/>
        </w:rPr>
        <w:t>المستخدمة</w:t>
      </w:r>
      <w:r>
        <w:rPr>
          <w:rFonts w:ascii="Arial" w:hAnsi="Arial"/>
          <w:color w:val="235078"/>
          <w:sz w:val="28"/>
        </w:rPr>
        <w:t xml:space="preserve"> </w:t>
      </w:r>
      <w:r>
        <w:rPr>
          <w:rFonts w:ascii="Arial" w:hAnsi="Arial" w:cs="Arial"/>
          <w:color w:val="235078"/>
          <w:sz w:val="28"/>
          <w:szCs w:val="28"/>
          <w:rtl/>
        </w:rPr>
        <w:t>لتقييم</w:t>
      </w:r>
      <w:r>
        <w:rPr>
          <w:rFonts w:ascii="Arial" w:hAnsi="Arial"/>
          <w:color w:val="235078"/>
          <w:sz w:val="28"/>
        </w:rPr>
        <w:t xml:space="preserve"> HbA1c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408"/>
        <w:gridCol w:w="3408"/>
        <w:gridCol w:w="3408"/>
      </w:tblGrid>
      <w:tr w:rsidR="00034EF7">
        <w:trPr>
          <w:jc w:val="center"/>
        </w:trPr>
        <w:tc>
          <w:tcPr>
            <w:tcW w:w="3408" w:type="dxa"/>
          </w:tcPr>
          <w:p w:rsidR="00034EF7" w:rsidRDefault="006F7592" w:rsidP="006F7592">
            <w:pPr>
              <w:bidi/>
            </w:pPr>
            <w:r>
              <w:rPr>
                <w:rFonts w:cs="Arial"/>
                <w:rtl/>
              </w:rPr>
              <w:t>التصنيف</w:t>
            </w:r>
          </w:p>
        </w:tc>
        <w:tc>
          <w:tcPr>
            <w:tcW w:w="3408" w:type="dxa"/>
          </w:tcPr>
          <w:p w:rsidR="00034EF7" w:rsidRDefault="006F7592" w:rsidP="006F7592">
            <w:pPr>
              <w:bidi/>
            </w:pPr>
            <w:r>
              <w:t>HbA1c</w:t>
            </w:r>
          </w:p>
        </w:tc>
        <w:tc>
          <w:tcPr>
            <w:tcW w:w="3408" w:type="dxa"/>
          </w:tcPr>
          <w:p w:rsidR="00034EF7" w:rsidRDefault="006F7592" w:rsidP="006F7592">
            <w:pPr>
              <w:bidi/>
            </w:pPr>
            <w:r>
              <w:rPr>
                <w:rFonts w:cs="Arial"/>
                <w:rtl/>
              </w:rPr>
              <w:t>ملاحظة</w:t>
            </w:r>
          </w:p>
        </w:tc>
      </w:tr>
      <w:tr w:rsidR="00034EF7">
        <w:trPr>
          <w:jc w:val="center"/>
        </w:trPr>
        <w:tc>
          <w:tcPr>
            <w:tcW w:w="3408" w:type="dxa"/>
          </w:tcPr>
          <w:p w:rsidR="00034EF7" w:rsidRDefault="006F7592" w:rsidP="006F7592">
            <w:pPr>
              <w:bidi/>
            </w:pPr>
            <w:r>
              <w:rPr>
                <w:rFonts w:cs="Arial"/>
                <w:rtl/>
              </w:rPr>
              <w:t>طبيعي</w:t>
            </w:r>
          </w:p>
        </w:tc>
        <w:tc>
          <w:tcPr>
            <w:tcW w:w="3408" w:type="dxa"/>
          </w:tcPr>
          <w:p w:rsidR="00034EF7" w:rsidRDefault="006F7592" w:rsidP="006F7592">
            <w:pPr>
              <w:bidi/>
            </w:pPr>
            <w:r>
              <w:rPr>
                <w:rFonts w:cs="Arial"/>
                <w:rtl/>
              </w:rPr>
              <w:t>أقل</w:t>
            </w:r>
            <w:r>
              <w:t xml:space="preserve"> </w:t>
            </w:r>
            <w:r>
              <w:rPr>
                <w:rFonts w:cs="Arial"/>
                <w:rtl/>
              </w:rPr>
              <w:t>من</w:t>
            </w:r>
            <w:r>
              <w:t xml:space="preserve"> 5.7%</w:t>
            </w:r>
          </w:p>
        </w:tc>
        <w:tc>
          <w:tcPr>
            <w:tcW w:w="3408" w:type="dxa"/>
          </w:tcPr>
          <w:p w:rsidR="00034EF7" w:rsidRDefault="006F7592" w:rsidP="006F7592">
            <w:pPr>
              <w:bidi/>
            </w:pPr>
            <w:r>
              <w:t>—</w:t>
            </w:r>
          </w:p>
        </w:tc>
      </w:tr>
      <w:tr w:rsidR="00034EF7">
        <w:trPr>
          <w:jc w:val="center"/>
        </w:trPr>
        <w:tc>
          <w:tcPr>
            <w:tcW w:w="3408" w:type="dxa"/>
          </w:tcPr>
          <w:p w:rsidR="00034EF7" w:rsidRDefault="006F7592" w:rsidP="006F7592">
            <w:pPr>
              <w:bidi/>
            </w:pPr>
            <w:r>
              <w:rPr>
                <w:rFonts w:cs="Arial"/>
                <w:rtl/>
              </w:rPr>
              <w:t>مرحلة</w:t>
            </w:r>
            <w:r>
              <w:t xml:space="preserve"> </w:t>
            </w:r>
            <w:r>
              <w:rPr>
                <w:rFonts w:cs="Arial"/>
                <w:rtl/>
              </w:rPr>
              <w:t>ما</w:t>
            </w:r>
            <w:r>
              <w:t xml:space="preserve"> </w:t>
            </w:r>
            <w:r>
              <w:rPr>
                <w:rFonts w:cs="Arial"/>
                <w:rtl/>
              </w:rPr>
              <w:t>قبل</w:t>
            </w:r>
            <w:r>
              <w:t xml:space="preserve"> </w:t>
            </w:r>
            <w:r>
              <w:rPr>
                <w:rFonts w:cs="Arial"/>
                <w:rtl/>
              </w:rPr>
              <w:t>السكري</w:t>
            </w:r>
          </w:p>
        </w:tc>
        <w:tc>
          <w:tcPr>
            <w:tcW w:w="3408" w:type="dxa"/>
          </w:tcPr>
          <w:p w:rsidR="00034EF7" w:rsidRDefault="006F7592" w:rsidP="006F7592">
            <w:pPr>
              <w:bidi/>
            </w:pPr>
            <w:r>
              <w:t>5.7%–6.4%</w:t>
            </w:r>
          </w:p>
        </w:tc>
        <w:tc>
          <w:tcPr>
            <w:tcW w:w="3408" w:type="dxa"/>
          </w:tcPr>
          <w:p w:rsidR="00034EF7" w:rsidRDefault="006F7592" w:rsidP="006F7592">
            <w:pPr>
              <w:bidi/>
            </w:pPr>
            <w:r>
              <w:rPr>
                <w:rFonts w:cs="Arial"/>
                <w:rtl/>
              </w:rPr>
              <w:t>تحتاج</w:t>
            </w:r>
            <w:r>
              <w:t xml:space="preserve"> </w:t>
            </w:r>
            <w:r>
              <w:rPr>
                <w:rFonts w:cs="Arial"/>
                <w:rtl/>
              </w:rPr>
              <w:t>إلى</w:t>
            </w:r>
            <w:r>
              <w:t xml:space="preserve"> </w:t>
            </w:r>
            <w:r>
              <w:rPr>
                <w:rFonts w:cs="Arial"/>
                <w:rtl/>
              </w:rPr>
              <w:t>تقييم</w:t>
            </w:r>
            <w:r>
              <w:t xml:space="preserve"> </w:t>
            </w:r>
            <w:r>
              <w:rPr>
                <w:rFonts w:cs="Arial"/>
                <w:rtl/>
              </w:rPr>
              <w:t>عوامل</w:t>
            </w:r>
            <w:r>
              <w:t xml:space="preserve"> </w:t>
            </w:r>
            <w:r>
              <w:rPr>
                <w:rFonts w:cs="Arial"/>
                <w:rtl/>
              </w:rPr>
              <w:t>الخطورة</w:t>
            </w:r>
            <w:r>
              <w:t xml:space="preserve"> </w:t>
            </w:r>
            <w:r>
              <w:rPr>
                <w:rFonts w:cs="Arial"/>
                <w:rtl/>
              </w:rPr>
              <w:t>والمتابعة</w:t>
            </w:r>
          </w:p>
        </w:tc>
      </w:tr>
      <w:tr w:rsidR="00034EF7">
        <w:trPr>
          <w:jc w:val="center"/>
        </w:trPr>
        <w:tc>
          <w:tcPr>
            <w:tcW w:w="3408" w:type="dxa"/>
          </w:tcPr>
          <w:p w:rsidR="00034EF7" w:rsidRDefault="006F7592" w:rsidP="006F7592">
            <w:pPr>
              <w:bidi/>
            </w:pPr>
            <w:r>
              <w:rPr>
                <w:rFonts w:cs="Arial"/>
                <w:rtl/>
              </w:rPr>
              <w:t>ضمن</w:t>
            </w:r>
            <w:r>
              <w:t xml:space="preserve"> </w:t>
            </w:r>
            <w:r>
              <w:rPr>
                <w:rFonts w:cs="Arial"/>
                <w:rtl/>
              </w:rPr>
              <w:t>النطاق</w:t>
            </w:r>
            <w:r>
              <w:t xml:space="preserve"> </w:t>
            </w:r>
            <w:r>
              <w:rPr>
                <w:rFonts w:cs="Arial"/>
                <w:rtl/>
              </w:rPr>
              <w:t>التشخيصي</w:t>
            </w:r>
            <w:r>
              <w:t xml:space="preserve"> </w:t>
            </w:r>
            <w:r>
              <w:rPr>
                <w:rFonts w:cs="Arial"/>
                <w:rtl/>
              </w:rPr>
              <w:t>للسكري</w:t>
            </w:r>
          </w:p>
        </w:tc>
        <w:tc>
          <w:tcPr>
            <w:tcW w:w="3408" w:type="dxa"/>
          </w:tcPr>
          <w:p w:rsidR="00034EF7" w:rsidRDefault="006F7592" w:rsidP="006F7592">
            <w:pPr>
              <w:bidi/>
            </w:pPr>
            <w:r>
              <w:t xml:space="preserve">6.5% </w:t>
            </w:r>
            <w:r>
              <w:rPr>
                <w:rFonts w:cs="Arial"/>
                <w:rtl/>
              </w:rPr>
              <w:t>أو</w:t>
            </w:r>
            <w:r>
              <w:t xml:space="preserve"> </w:t>
            </w:r>
            <w:r>
              <w:rPr>
                <w:rFonts w:cs="Arial"/>
                <w:rtl/>
              </w:rPr>
              <w:t>أكثر</w:t>
            </w:r>
          </w:p>
        </w:tc>
        <w:tc>
          <w:tcPr>
            <w:tcW w:w="3408" w:type="dxa"/>
          </w:tcPr>
          <w:p w:rsidR="00034EF7" w:rsidRDefault="006F7592" w:rsidP="006F7592">
            <w:pPr>
              <w:bidi/>
            </w:pPr>
            <w:r>
              <w:rPr>
                <w:rFonts w:cs="Arial"/>
                <w:rtl/>
              </w:rPr>
              <w:t>يتطلب</w:t>
            </w:r>
            <w:r>
              <w:t xml:space="preserve"> </w:t>
            </w:r>
            <w:r>
              <w:rPr>
                <w:rFonts w:cs="Arial"/>
                <w:rtl/>
              </w:rPr>
              <w:t>التأكيد</w:t>
            </w:r>
            <w:r>
              <w:t xml:space="preserve"> </w:t>
            </w:r>
            <w:r>
              <w:rPr>
                <w:rFonts w:cs="Arial"/>
                <w:rtl/>
              </w:rPr>
              <w:t>في</w:t>
            </w:r>
            <w:r>
              <w:t xml:space="preserve"> </w:t>
            </w:r>
            <w:r>
              <w:rPr>
                <w:rFonts w:cs="Arial"/>
                <w:rtl/>
              </w:rPr>
              <w:t>غياب</w:t>
            </w:r>
            <w:r>
              <w:t xml:space="preserve"> </w:t>
            </w:r>
            <w:r>
              <w:rPr>
                <w:rFonts w:cs="Arial"/>
                <w:rtl/>
              </w:rPr>
              <w:t>الأعراض</w:t>
            </w:r>
            <w:r>
              <w:t xml:space="preserve"> </w:t>
            </w:r>
            <w:r>
              <w:rPr>
                <w:rFonts w:cs="Arial"/>
                <w:rtl/>
              </w:rPr>
              <w:t>الواضحة</w:t>
            </w:r>
          </w:p>
        </w:tc>
      </w:tr>
    </w:tbl>
    <w:p w:rsidR="00034EF7" w:rsidRDefault="006F7592" w:rsidP="006F7592">
      <w:pPr>
        <w:bidi/>
      </w:pPr>
      <w:r>
        <w:rPr>
          <w:rFonts w:cs="Arial"/>
          <w:rtl/>
        </w:rPr>
        <w:t>ملاحظة</w:t>
      </w:r>
      <w:r>
        <w:t xml:space="preserve">: </w:t>
      </w:r>
      <w:r>
        <w:rPr>
          <w:rFonts w:cs="Arial"/>
          <w:rtl/>
        </w:rPr>
        <w:t>قد</w:t>
      </w:r>
      <w:r>
        <w:t xml:space="preserve"> </w:t>
      </w:r>
      <w:r>
        <w:rPr>
          <w:rFonts w:cs="Arial"/>
          <w:rtl/>
        </w:rPr>
        <w:t>تتأثر</w:t>
      </w:r>
      <w:r>
        <w:t xml:space="preserve"> </w:t>
      </w:r>
      <w:r>
        <w:rPr>
          <w:rFonts w:cs="Arial"/>
          <w:rtl/>
        </w:rPr>
        <w:t>دقة</w:t>
      </w:r>
      <w:r>
        <w:t xml:space="preserve"> HbA1c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بعض</w:t>
      </w:r>
      <w:r>
        <w:t xml:space="preserve"> </w:t>
      </w:r>
      <w:r>
        <w:rPr>
          <w:rFonts w:cs="Arial"/>
          <w:rtl/>
        </w:rPr>
        <w:t>الحالات</w:t>
      </w:r>
      <w:r>
        <w:t xml:space="preserve"> </w:t>
      </w:r>
      <w:r>
        <w:rPr>
          <w:rFonts w:cs="Arial"/>
          <w:rtl/>
        </w:rPr>
        <w:t>التي</w:t>
      </w:r>
      <w:r>
        <w:t xml:space="preserve"> </w:t>
      </w:r>
      <w:r>
        <w:rPr>
          <w:rFonts w:cs="Arial"/>
          <w:rtl/>
        </w:rPr>
        <w:t>تؤثر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الهيموغلوبين</w:t>
      </w:r>
      <w:r>
        <w:t xml:space="preserve"> </w:t>
      </w:r>
      <w:r>
        <w:rPr>
          <w:rFonts w:cs="Arial"/>
          <w:rtl/>
        </w:rPr>
        <w:t>أو</w:t>
      </w:r>
      <w:r>
        <w:t xml:space="preserve"> </w:t>
      </w:r>
      <w:r>
        <w:rPr>
          <w:rFonts w:cs="Arial"/>
          <w:rtl/>
        </w:rPr>
        <w:t>عمر</w:t>
      </w:r>
      <w:r>
        <w:t xml:space="preserve"> </w:t>
      </w:r>
      <w:r>
        <w:rPr>
          <w:rFonts w:cs="Arial"/>
          <w:rtl/>
        </w:rPr>
        <w:t>كريات</w:t>
      </w:r>
      <w:r>
        <w:t xml:space="preserve"> </w:t>
      </w:r>
      <w:r>
        <w:rPr>
          <w:rFonts w:cs="Arial"/>
          <w:rtl/>
        </w:rPr>
        <w:t>الدم</w:t>
      </w:r>
      <w:r>
        <w:t xml:space="preserve"> </w:t>
      </w:r>
      <w:r>
        <w:rPr>
          <w:rFonts w:cs="Arial"/>
          <w:rtl/>
        </w:rPr>
        <w:t>الحمراء؛</w:t>
      </w:r>
      <w:r>
        <w:t xml:space="preserve"> </w:t>
      </w:r>
      <w:r>
        <w:rPr>
          <w:rFonts w:cs="Arial"/>
          <w:rtl/>
        </w:rPr>
        <w:t>لذلك</w:t>
      </w:r>
      <w:r>
        <w:t xml:space="preserve"> </w:t>
      </w:r>
      <w:r>
        <w:rPr>
          <w:rFonts w:cs="Arial"/>
          <w:rtl/>
        </w:rPr>
        <w:t>قد</w:t>
      </w:r>
      <w:r>
        <w:t xml:space="preserve"> </w:t>
      </w:r>
      <w:r>
        <w:rPr>
          <w:rFonts w:cs="Arial"/>
          <w:rtl/>
        </w:rPr>
        <w:t>يستخدم</w:t>
      </w:r>
      <w:r>
        <w:t xml:space="preserve"> </w:t>
      </w:r>
      <w:r>
        <w:rPr>
          <w:rFonts w:cs="Arial"/>
          <w:rtl/>
        </w:rPr>
        <w:t>الطبيب</w:t>
      </w:r>
      <w:r>
        <w:t xml:space="preserve"> </w:t>
      </w:r>
      <w:r>
        <w:rPr>
          <w:rFonts w:cs="Arial"/>
          <w:rtl/>
        </w:rPr>
        <w:t>معايير</w:t>
      </w:r>
      <w:r>
        <w:t xml:space="preserve"> </w:t>
      </w:r>
      <w:r>
        <w:rPr>
          <w:rFonts w:cs="Arial"/>
          <w:rtl/>
        </w:rPr>
        <w:t>الجلوكوز</w:t>
      </w:r>
      <w:r>
        <w:t xml:space="preserve"> </w:t>
      </w:r>
      <w:r>
        <w:rPr>
          <w:rFonts w:cs="Arial"/>
          <w:rtl/>
        </w:rPr>
        <w:t>البلازمية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حالات</w:t>
      </w:r>
      <w:r>
        <w:t xml:space="preserve"> </w:t>
      </w:r>
      <w:r>
        <w:rPr>
          <w:rFonts w:cs="Arial"/>
          <w:rtl/>
        </w:rPr>
        <w:t>محددة</w:t>
      </w:r>
      <w:r>
        <w:t>.</w:t>
      </w:r>
    </w:p>
    <w:p w:rsidR="00034EF7" w:rsidRDefault="006F7592" w:rsidP="006F7592">
      <w:pPr>
        <w:pStyle w:val="Heading1"/>
        <w:bidi/>
      </w:pPr>
      <w:r>
        <w:rPr>
          <w:rFonts w:ascii="Arial" w:hAnsi="Arial"/>
          <w:color w:val="781423"/>
          <w:sz w:val="34"/>
        </w:rPr>
        <w:t xml:space="preserve">6. </w:t>
      </w:r>
      <w:r>
        <w:rPr>
          <w:rFonts w:ascii="Arial" w:hAnsi="Arial" w:cs="Arial"/>
          <w:color w:val="781423"/>
          <w:sz w:val="34"/>
          <w:szCs w:val="34"/>
          <w:rtl/>
        </w:rPr>
        <w:t>فحوصات</w:t>
      </w:r>
      <w:r>
        <w:rPr>
          <w:rFonts w:ascii="Arial" w:hAnsi="Arial"/>
          <w:color w:val="781423"/>
          <w:sz w:val="34"/>
        </w:rPr>
        <w:t xml:space="preserve"> </w:t>
      </w:r>
      <w:r>
        <w:rPr>
          <w:rFonts w:ascii="Arial" w:hAnsi="Arial" w:cs="Arial"/>
          <w:color w:val="781423"/>
          <w:sz w:val="34"/>
          <w:szCs w:val="34"/>
          <w:rtl/>
        </w:rPr>
        <w:t>وظائف</w:t>
      </w:r>
      <w:r>
        <w:rPr>
          <w:rFonts w:ascii="Arial" w:hAnsi="Arial"/>
          <w:color w:val="781423"/>
          <w:sz w:val="34"/>
        </w:rPr>
        <w:t xml:space="preserve"> </w:t>
      </w:r>
      <w:r>
        <w:rPr>
          <w:rFonts w:ascii="Arial" w:hAnsi="Arial" w:cs="Arial"/>
          <w:color w:val="781423"/>
          <w:sz w:val="34"/>
          <w:szCs w:val="34"/>
          <w:rtl/>
        </w:rPr>
        <w:t>الكلى</w:t>
      </w:r>
    </w:p>
    <w:p w:rsidR="00034EF7" w:rsidRDefault="006F7592" w:rsidP="006F7592">
      <w:pPr>
        <w:bidi/>
      </w:pPr>
      <w:r>
        <w:rPr>
          <w:rFonts w:cs="Arial"/>
          <w:rtl/>
        </w:rPr>
        <w:t>ترتبط</w:t>
      </w:r>
      <w:r>
        <w:t xml:space="preserve"> </w:t>
      </w:r>
      <w:r>
        <w:rPr>
          <w:rFonts w:cs="Arial"/>
          <w:rtl/>
        </w:rPr>
        <w:t>صحة</w:t>
      </w:r>
      <w:r>
        <w:t xml:space="preserve"> </w:t>
      </w:r>
      <w:r>
        <w:rPr>
          <w:rFonts w:cs="Arial"/>
          <w:rtl/>
        </w:rPr>
        <w:t>الكلى</w:t>
      </w:r>
      <w:r>
        <w:t xml:space="preserve"> </w:t>
      </w:r>
      <w:r>
        <w:rPr>
          <w:rFonts w:cs="Arial"/>
          <w:rtl/>
        </w:rPr>
        <w:t>بصحة</w:t>
      </w:r>
      <w:r>
        <w:t xml:space="preserve"> </w:t>
      </w:r>
      <w:r>
        <w:rPr>
          <w:rFonts w:cs="Arial"/>
          <w:rtl/>
        </w:rPr>
        <w:t>القلب</w:t>
      </w:r>
      <w:r>
        <w:t xml:space="preserve"> </w:t>
      </w:r>
      <w:r>
        <w:rPr>
          <w:rFonts w:cs="Arial"/>
          <w:rtl/>
        </w:rPr>
        <w:t>والأوعية</w:t>
      </w:r>
      <w:r>
        <w:t xml:space="preserve"> </w:t>
      </w:r>
      <w:r>
        <w:rPr>
          <w:rFonts w:cs="Arial"/>
          <w:rtl/>
        </w:rPr>
        <w:t>الدموية،</w:t>
      </w:r>
      <w:r>
        <w:t xml:space="preserve"> </w:t>
      </w:r>
      <w:r>
        <w:rPr>
          <w:rFonts w:cs="Arial"/>
          <w:rtl/>
        </w:rPr>
        <w:t>وقد</w:t>
      </w:r>
      <w:r>
        <w:t xml:space="preserve"> </w:t>
      </w:r>
      <w:r>
        <w:rPr>
          <w:rFonts w:cs="Arial"/>
          <w:rtl/>
        </w:rPr>
        <w:t>يكون</w:t>
      </w:r>
      <w:r>
        <w:t xml:space="preserve"> </w:t>
      </w:r>
      <w:r>
        <w:rPr>
          <w:rFonts w:cs="Arial"/>
          <w:rtl/>
        </w:rPr>
        <w:t>السكري</w:t>
      </w:r>
      <w:r>
        <w:t xml:space="preserve"> </w:t>
      </w:r>
      <w:r>
        <w:rPr>
          <w:rFonts w:cs="Arial"/>
          <w:rtl/>
        </w:rPr>
        <w:t>وارتفاع</w:t>
      </w:r>
      <w:r>
        <w:t xml:space="preserve"> </w:t>
      </w:r>
      <w:r>
        <w:rPr>
          <w:rFonts w:cs="Arial"/>
          <w:rtl/>
        </w:rPr>
        <w:t>ضغط</w:t>
      </w:r>
      <w:r>
        <w:t xml:space="preserve"> </w:t>
      </w:r>
      <w:r>
        <w:rPr>
          <w:rFonts w:cs="Arial"/>
          <w:rtl/>
        </w:rPr>
        <w:t>الدم</w:t>
      </w:r>
      <w:r>
        <w:t xml:space="preserve"> </w:t>
      </w:r>
      <w:r>
        <w:rPr>
          <w:rFonts w:cs="Arial"/>
          <w:rtl/>
        </w:rPr>
        <w:t>من</w:t>
      </w:r>
      <w:r>
        <w:t xml:space="preserve"> </w:t>
      </w:r>
      <w:r>
        <w:rPr>
          <w:rFonts w:cs="Arial"/>
          <w:rtl/>
        </w:rPr>
        <w:t>أهم</w:t>
      </w:r>
      <w:r>
        <w:t xml:space="preserve"> </w:t>
      </w:r>
      <w:r>
        <w:rPr>
          <w:rFonts w:cs="Arial"/>
          <w:rtl/>
        </w:rPr>
        <w:t>عوامل</w:t>
      </w:r>
      <w:r>
        <w:t xml:space="preserve"> </w:t>
      </w:r>
      <w:r>
        <w:rPr>
          <w:rFonts w:cs="Arial"/>
          <w:rtl/>
        </w:rPr>
        <w:t>خطر</w:t>
      </w:r>
      <w:r>
        <w:t xml:space="preserve"> </w:t>
      </w:r>
      <w:r>
        <w:rPr>
          <w:rFonts w:cs="Arial"/>
          <w:rtl/>
        </w:rPr>
        <w:t>الإصابة</w:t>
      </w:r>
      <w:r>
        <w:t xml:space="preserve"> </w:t>
      </w:r>
      <w:r>
        <w:rPr>
          <w:rFonts w:cs="Arial"/>
          <w:rtl/>
        </w:rPr>
        <w:t>بمرض</w:t>
      </w:r>
      <w:r>
        <w:t xml:space="preserve"> </w:t>
      </w:r>
      <w:r>
        <w:rPr>
          <w:rFonts w:cs="Arial"/>
          <w:rtl/>
        </w:rPr>
        <w:t>الكلى</w:t>
      </w:r>
      <w:r>
        <w:t xml:space="preserve"> </w:t>
      </w:r>
      <w:r>
        <w:rPr>
          <w:rFonts w:cs="Arial"/>
          <w:rtl/>
        </w:rPr>
        <w:t>المزمن</w:t>
      </w:r>
      <w:r>
        <w:t xml:space="preserve">. </w:t>
      </w:r>
      <w:r>
        <w:rPr>
          <w:rFonts w:cs="Arial"/>
          <w:rtl/>
        </w:rPr>
        <w:t>تشمل</w:t>
      </w:r>
      <w:r>
        <w:t xml:space="preserve"> </w:t>
      </w:r>
      <w:r>
        <w:rPr>
          <w:rFonts w:cs="Arial"/>
          <w:rtl/>
        </w:rPr>
        <w:t>الفحوصات</w:t>
      </w:r>
      <w:r>
        <w:t xml:space="preserve"> </w:t>
      </w:r>
      <w:r>
        <w:rPr>
          <w:rFonts w:cs="Arial"/>
          <w:rtl/>
        </w:rPr>
        <w:t>المستخدمة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تقييم</w:t>
      </w:r>
      <w:r>
        <w:t xml:space="preserve"> </w:t>
      </w:r>
      <w:r>
        <w:rPr>
          <w:rFonts w:cs="Arial"/>
          <w:rtl/>
        </w:rPr>
        <w:t>الكلى</w:t>
      </w:r>
      <w:r>
        <w:t xml:space="preserve">: </w:t>
      </w:r>
      <w:r>
        <w:rPr>
          <w:rFonts w:cs="Arial"/>
          <w:rtl/>
        </w:rPr>
        <w:t>الكرياتينين</w:t>
      </w:r>
      <w:r>
        <w:t xml:space="preserve"> (Creatinine)</w:t>
      </w:r>
      <w:r>
        <w:rPr>
          <w:rFonts w:cs="Arial"/>
          <w:rtl/>
        </w:rPr>
        <w:t>،</w:t>
      </w:r>
      <w:r>
        <w:t xml:space="preserve"> </w:t>
      </w:r>
      <w:r>
        <w:rPr>
          <w:rFonts w:cs="Arial"/>
          <w:rtl/>
        </w:rPr>
        <w:t>ومعدل</w:t>
      </w:r>
      <w:r>
        <w:t xml:space="preserve"> </w:t>
      </w:r>
      <w:r>
        <w:rPr>
          <w:rFonts w:cs="Arial"/>
          <w:rtl/>
        </w:rPr>
        <w:t>الترشيح</w:t>
      </w:r>
      <w:r>
        <w:t xml:space="preserve"> </w:t>
      </w:r>
      <w:r>
        <w:rPr>
          <w:rFonts w:cs="Arial"/>
          <w:rtl/>
        </w:rPr>
        <w:t>الكبيبي</w:t>
      </w:r>
      <w:r>
        <w:t xml:space="preserve"> </w:t>
      </w:r>
      <w:r>
        <w:rPr>
          <w:rFonts w:cs="Arial"/>
          <w:rtl/>
        </w:rPr>
        <w:t>المقدر</w:t>
      </w:r>
      <w:r>
        <w:t xml:space="preserve"> (eGFR)</w:t>
      </w:r>
      <w:r>
        <w:rPr>
          <w:rFonts w:cs="Arial"/>
          <w:rtl/>
        </w:rPr>
        <w:t>،</w:t>
      </w:r>
      <w:r>
        <w:t xml:space="preserve"> </w:t>
      </w:r>
      <w:r>
        <w:rPr>
          <w:rFonts w:cs="Arial"/>
          <w:rtl/>
        </w:rPr>
        <w:t>وفحص</w:t>
      </w:r>
      <w:r>
        <w:t xml:space="preserve"> </w:t>
      </w:r>
      <w:r>
        <w:rPr>
          <w:rFonts w:cs="Arial"/>
          <w:rtl/>
        </w:rPr>
        <w:t>البول</w:t>
      </w:r>
      <w:r>
        <w:t xml:space="preserve"> </w:t>
      </w:r>
      <w:r>
        <w:rPr>
          <w:rFonts w:cs="Arial"/>
          <w:rtl/>
        </w:rPr>
        <w:t>ونسبة</w:t>
      </w:r>
      <w:r>
        <w:t xml:space="preserve"> </w:t>
      </w:r>
      <w:r>
        <w:rPr>
          <w:rFonts w:cs="Arial"/>
          <w:rtl/>
        </w:rPr>
        <w:t>الألبومين</w:t>
      </w:r>
      <w:r>
        <w:t xml:space="preserve"> </w:t>
      </w:r>
      <w:r>
        <w:rPr>
          <w:rFonts w:cs="Arial"/>
          <w:rtl/>
        </w:rPr>
        <w:t>إلى</w:t>
      </w:r>
      <w:r>
        <w:t xml:space="preserve"> </w:t>
      </w:r>
      <w:r>
        <w:rPr>
          <w:rFonts w:cs="Arial"/>
          <w:rtl/>
        </w:rPr>
        <w:t>الكرياتينين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البول</w:t>
      </w:r>
      <w:r>
        <w:t xml:space="preserve"> (uACR) </w:t>
      </w:r>
      <w:r>
        <w:rPr>
          <w:rFonts w:cs="Arial"/>
          <w:rtl/>
        </w:rPr>
        <w:t>عند</w:t>
      </w:r>
      <w:r>
        <w:t xml:space="preserve"> </w:t>
      </w:r>
      <w:r>
        <w:rPr>
          <w:rFonts w:cs="Arial"/>
          <w:rtl/>
        </w:rPr>
        <w:t>الحاجة</w:t>
      </w:r>
      <w:r>
        <w:t>.</w:t>
      </w:r>
    </w:p>
    <w:p w:rsidR="00034EF7" w:rsidRDefault="006F7592" w:rsidP="006F7592">
      <w:pPr>
        <w:bidi/>
      </w:pPr>
      <w:r>
        <w:rPr>
          <w:rFonts w:cs="Arial"/>
          <w:rtl/>
        </w:rPr>
        <w:t>وفقًا</w:t>
      </w:r>
      <w:r>
        <w:t xml:space="preserve"> </w:t>
      </w:r>
      <w:r>
        <w:rPr>
          <w:rFonts w:cs="Arial"/>
          <w:rtl/>
        </w:rPr>
        <w:t>لإرشادات</w:t>
      </w:r>
      <w:r>
        <w:t xml:space="preserve"> KDIGO 2024</w:t>
      </w:r>
      <w:r>
        <w:rPr>
          <w:rFonts w:cs="Arial"/>
          <w:rtl/>
        </w:rPr>
        <w:t>،</w:t>
      </w:r>
      <w:r>
        <w:t xml:space="preserve"> </w:t>
      </w:r>
      <w:r>
        <w:rPr>
          <w:rFonts w:cs="Arial"/>
          <w:rtl/>
        </w:rPr>
        <w:t>لا</w:t>
      </w:r>
      <w:r>
        <w:t xml:space="preserve"> </w:t>
      </w:r>
      <w:r>
        <w:rPr>
          <w:rFonts w:cs="Arial"/>
          <w:rtl/>
        </w:rPr>
        <w:t>يمكن</w:t>
      </w:r>
      <w:r>
        <w:t xml:space="preserve"> </w:t>
      </w:r>
      <w:r>
        <w:rPr>
          <w:rFonts w:cs="Arial"/>
          <w:rtl/>
        </w:rPr>
        <w:t>الاعتماد</w:t>
      </w:r>
      <w:r>
        <w:t xml:space="preserve"> </w:t>
      </w:r>
      <w:r>
        <w:rPr>
          <w:rFonts w:cs="Arial"/>
          <w:rtl/>
        </w:rPr>
        <w:t>على</w:t>
      </w:r>
      <w:r>
        <w:t xml:space="preserve"> </w:t>
      </w:r>
      <w:r>
        <w:rPr>
          <w:rFonts w:cs="Arial"/>
          <w:rtl/>
        </w:rPr>
        <w:t>نتيجة</w:t>
      </w:r>
      <w:r>
        <w:t xml:space="preserve"> eGFR </w:t>
      </w:r>
      <w:r>
        <w:rPr>
          <w:rFonts w:cs="Arial"/>
          <w:rtl/>
        </w:rPr>
        <w:t>واحدة</w:t>
      </w:r>
      <w:r>
        <w:t xml:space="preserve"> </w:t>
      </w:r>
      <w:r>
        <w:rPr>
          <w:rFonts w:cs="Arial"/>
          <w:rtl/>
        </w:rPr>
        <w:t>وحدها</w:t>
      </w:r>
      <w:r>
        <w:t xml:space="preserve"> </w:t>
      </w:r>
      <w:r>
        <w:rPr>
          <w:rFonts w:cs="Arial"/>
          <w:rtl/>
        </w:rPr>
        <w:t>لتشخيص</w:t>
      </w:r>
      <w:r>
        <w:t xml:space="preserve"> </w:t>
      </w:r>
      <w:r>
        <w:rPr>
          <w:rFonts w:cs="Arial"/>
          <w:rtl/>
        </w:rPr>
        <w:t>مرض</w:t>
      </w:r>
      <w:r>
        <w:t xml:space="preserve"> </w:t>
      </w:r>
      <w:r>
        <w:rPr>
          <w:rFonts w:cs="Arial"/>
          <w:rtl/>
        </w:rPr>
        <w:t>الكلى</w:t>
      </w:r>
      <w:r>
        <w:t xml:space="preserve"> </w:t>
      </w:r>
      <w:r>
        <w:rPr>
          <w:rFonts w:cs="Arial"/>
          <w:rtl/>
        </w:rPr>
        <w:t>المزمن</w:t>
      </w:r>
      <w:r>
        <w:t xml:space="preserve">. </w:t>
      </w:r>
      <w:r>
        <w:rPr>
          <w:rFonts w:cs="Arial"/>
          <w:rtl/>
        </w:rPr>
        <w:t>يتطلب</w:t>
      </w:r>
      <w:r>
        <w:t xml:space="preserve"> </w:t>
      </w:r>
      <w:r>
        <w:rPr>
          <w:rFonts w:cs="Arial"/>
          <w:rtl/>
        </w:rPr>
        <w:t>تشخيص</w:t>
      </w:r>
      <w:r>
        <w:t xml:space="preserve"> </w:t>
      </w:r>
      <w:r>
        <w:rPr>
          <w:rFonts w:cs="Arial"/>
          <w:rtl/>
        </w:rPr>
        <w:t>المرض</w:t>
      </w:r>
      <w:r>
        <w:t xml:space="preserve"> </w:t>
      </w:r>
      <w:r>
        <w:rPr>
          <w:rFonts w:cs="Arial"/>
          <w:rtl/>
        </w:rPr>
        <w:t>المزمن</w:t>
      </w:r>
      <w:r>
        <w:t xml:space="preserve"> </w:t>
      </w:r>
      <w:r>
        <w:rPr>
          <w:rFonts w:cs="Arial"/>
          <w:rtl/>
        </w:rPr>
        <w:t>وجود</w:t>
      </w:r>
      <w:r>
        <w:t xml:space="preserve"> </w:t>
      </w:r>
      <w:r>
        <w:rPr>
          <w:rFonts w:cs="Arial"/>
          <w:rtl/>
        </w:rPr>
        <w:t>تغيرات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بنية</w:t>
      </w:r>
      <w:r>
        <w:t xml:space="preserve"> </w:t>
      </w:r>
      <w:r>
        <w:rPr>
          <w:rFonts w:cs="Arial"/>
          <w:rtl/>
        </w:rPr>
        <w:t>أو</w:t>
      </w:r>
      <w:r>
        <w:t xml:space="preserve"> </w:t>
      </w:r>
      <w:r>
        <w:rPr>
          <w:rFonts w:cs="Arial"/>
          <w:rtl/>
        </w:rPr>
        <w:t>وظيفة</w:t>
      </w:r>
      <w:r>
        <w:t xml:space="preserve"> </w:t>
      </w:r>
      <w:r>
        <w:rPr>
          <w:rFonts w:cs="Arial"/>
          <w:rtl/>
        </w:rPr>
        <w:t>الكلى</w:t>
      </w:r>
      <w:r>
        <w:t xml:space="preserve"> </w:t>
      </w:r>
      <w:r>
        <w:rPr>
          <w:rFonts w:cs="Arial"/>
          <w:rtl/>
        </w:rPr>
        <w:t>لمدة</w:t>
      </w:r>
      <w:r>
        <w:t xml:space="preserve"> </w:t>
      </w:r>
      <w:r>
        <w:rPr>
          <w:rFonts w:cs="Arial"/>
          <w:rtl/>
        </w:rPr>
        <w:t>لا</w:t>
      </w:r>
      <w:r>
        <w:t xml:space="preserve"> </w:t>
      </w:r>
      <w:r>
        <w:rPr>
          <w:rFonts w:cs="Arial"/>
          <w:rtl/>
        </w:rPr>
        <w:t>تقل</w:t>
      </w:r>
      <w:r>
        <w:t xml:space="preserve"> </w:t>
      </w:r>
      <w:r>
        <w:rPr>
          <w:rFonts w:cs="Arial"/>
          <w:rtl/>
        </w:rPr>
        <w:t>عن</w:t>
      </w:r>
      <w:r>
        <w:t xml:space="preserve"> 3 </w:t>
      </w:r>
      <w:r>
        <w:rPr>
          <w:rFonts w:cs="Arial"/>
          <w:rtl/>
        </w:rPr>
        <w:t>أشهر،</w:t>
      </w:r>
      <w:r>
        <w:t xml:space="preserve"> </w:t>
      </w:r>
      <w:r>
        <w:rPr>
          <w:rFonts w:cs="Arial"/>
          <w:rtl/>
        </w:rPr>
        <w:t>مع</w:t>
      </w:r>
      <w:r>
        <w:t xml:space="preserve"> </w:t>
      </w:r>
      <w:r>
        <w:rPr>
          <w:rFonts w:cs="Arial"/>
          <w:rtl/>
        </w:rPr>
        <w:t>تأثيرات</w:t>
      </w:r>
      <w:r>
        <w:t xml:space="preserve"> </w:t>
      </w:r>
      <w:r>
        <w:rPr>
          <w:rFonts w:cs="Arial"/>
          <w:rtl/>
        </w:rPr>
        <w:t>على</w:t>
      </w:r>
      <w:r>
        <w:t xml:space="preserve"> </w:t>
      </w:r>
      <w:r>
        <w:rPr>
          <w:rFonts w:cs="Arial"/>
          <w:rtl/>
        </w:rPr>
        <w:t>الصحة</w:t>
      </w:r>
      <w:r>
        <w:t>.</w:t>
      </w:r>
    </w:p>
    <w:p w:rsidR="00034EF7" w:rsidRDefault="006F7592" w:rsidP="006F7592">
      <w:pPr>
        <w:pStyle w:val="Heading2"/>
        <w:bidi/>
      </w:pPr>
      <w:r>
        <w:rPr>
          <w:rFonts w:ascii="Arial" w:hAnsi="Arial" w:cs="Arial"/>
          <w:color w:val="235078"/>
          <w:sz w:val="28"/>
          <w:szCs w:val="28"/>
          <w:rtl/>
        </w:rPr>
        <w:t>هل</w:t>
      </w:r>
      <w:r>
        <w:rPr>
          <w:rFonts w:ascii="Arial" w:hAnsi="Arial"/>
          <w:color w:val="235078"/>
          <w:sz w:val="28"/>
        </w:rPr>
        <w:t xml:space="preserve"> </w:t>
      </w:r>
      <w:r>
        <w:rPr>
          <w:rFonts w:ascii="Arial" w:hAnsi="Arial" w:cs="Arial"/>
          <w:color w:val="235078"/>
          <w:sz w:val="28"/>
          <w:szCs w:val="28"/>
          <w:rtl/>
        </w:rPr>
        <w:t>تحتاج</w:t>
      </w:r>
      <w:r>
        <w:rPr>
          <w:rFonts w:ascii="Arial" w:hAnsi="Arial"/>
          <w:color w:val="235078"/>
          <w:sz w:val="28"/>
        </w:rPr>
        <w:t xml:space="preserve"> </w:t>
      </w:r>
      <w:r>
        <w:rPr>
          <w:rFonts w:ascii="Arial" w:hAnsi="Arial" w:cs="Arial"/>
          <w:color w:val="235078"/>
          <w:sz w:val="28"/>
          <w:szCs w:val="28"/>
          <w:rtl/>
        </w:rPr>
        <w:t>فحوصات</w:t>
      </w:r>
      <w:r>
        <w:rPr>
          <w:rFonts w:ascii="Arial" w:hAnsi="Arial"/>
          <w:color w:val="235078"/>
          <w:sz w:val="28"/>
        </w:rPr>
        <w:t xml:space="preserve"> </w:t>
      </w:r>
      <w:r>
        <w:rPr>
          <w:rFonts w:ascii="Arial" w:hAnsi="Arial" w:cs="Arial"/>
          <w:color w:val="235078"/>
          <w:sz w:val="28"/>
          <w:szCs w:val="28"/>
          <w:rtl/>
        </w:rPr>
        <w:t>الكلى</w:t>
      </w:r>
      <w:r>
        <w:rPr>
          <w:rFonts w:ascii="Arial" w:hAnsi="Arial"/>
          <w:color w:val="235078"/>
          <w:sz w:val="28"/>
        </w:rPr>
        <w:t xml:space="preserve"> </w:t>
      </w:r>
      <w:r>
        <w:rPr>
          <w:rFonts w:ascii="Arial" w:hAnsi="Arial" w:cs="Arial"/>
          <w:color w:val="235078"/>
          <w:sz w:val="28"/>
          <w:szCs w:val="28"/>
          <w:rtl/>
        </w:rPr>
        <w:t>إلى</w:t>
      </w:r>
      <w:r>
        <w:rPr>
          <w:rFonts w:ascii="Arial" w:hAnsi="Arial"/>
          <w:color w:val="235078"/>
          <w:sz w:val="28"/>
        </w:rPr>
        <w:t xml:space="preserve"> </w:t>
      </w:r>
      <w:r>
        <w:rPr>
          <w:rFonts w:ascii="Arial" w:hAnsi="Arial" w:cs="Arial"/>
          <w:color w:val="235078"/>
          <w:sz w:val="28"/>
          <w:szCs w:val="28"/>
          <w:rtl/>
        </w:rPr>
        <w:t>صيام؟</w:t>
      </w:r>
    </w:p>
    <w:p w:rsidR="00034EF7" w:rsidRDefault="006F7592" w:rsidP="006F7592">
      <w:pPr>
        <w:bidi/>
      </w:pPr>
      <w:r>
        <w:rPr>
          <w:rFonts w:cs="Arial"/>
          <w:rtl/>
        </w:rPr>
        <w:t>لا</w:t>
      </w:r>
      <w:r>
        <w:t xml:space="preserve"> </w:t>
      </w:r>
      <w:r>
        <w:rPr>
          <w:rFonts w:cs="Arial"/>
          <w:rtl/>
        </w:rPr>
        <w:t>تحتاج</w:t>
      </w:r>
      <w:r>
        <w:t xml:space="preserve"> </w:t>
      </w:r>
      <w:r>
        <w:rPr>
          <w:rFonts w:cs="Arial"/>
          <w:rtl/>
        </w:rPr>
        <w:t>جميع</w:t>
      </w:r>
      <w:r>
        <w:t xml:space="preserve"> </w:t>
      </w:r>
      <w:r>
        <w:rPr>
          <w:rFonts w:cs="Arial"/>
          <w:rtl/>
        </w:rPr>
        <w:t>فحوصات</w:t>
      </w:r>
      <w:r>
        <w:t xml:space="preserve"> </w:t>
      </w:r>
      <w:r>
        <w:rPr>
          <w:rFonts w:cs="Arial"/>
          <w:rtl/>
        </w:rPr>
        <w:t>الكلى</w:t>
      </w:r>
      <w:r>
        <w:t xml:space="preserve"> </w:t>
      </w:r>
      <w:r>
        <w:rPr>
          <w:rFonts w:cs="Arial"/>
          <w:rtl/>
        </w:rPr>
        <w:t>إلى</w:t>
      </w:r>
      <w:r>
        <w:t xml:space="preserve"> </w:t>
      </w:r>
      <w:r>
        <w:rPr>
          <w:rFonts w:cs="Arial"/>
          <w:rtl/>
        </w:rPr>
        <w:t>الصيام</w:t>
      </w:r>
      <w:r>
        <w:t xml:space="preserve"> </w:t>
      </w:r>
      <w:r>
        <w:rPr>
          <w:rFonts w:cs="Arial"/>
          <w:rtl/>
        </w:rPr>
        <w:t>بشكل</w:t>
      </w:r>
      <w:r>
        <w:t xml:space="preserve"> </w:t>
      </w:r>
      <w:r>
        <w:rPr>
          <w:rFonts w:cs="Arial"/>
          <w:rtl/>
        </w:rPr>
        <w:t>روتيني،</w:t>
      </w:r>
      <w:r>
        <w:t xml:space="preserve"> </w:t>
      </w:r>
      <w:r>
        <w:rPr>
          <w:rFonts w:cs="Arial"/>
          <w:rtl/>
        </w:rPr>
        <w:t>ولكن</w:t>
      </w:r>
      <w:r>
        <w:t xml:space="preserve"> </w:t>
      </w:r>
      <w:r>
        <w:rPr>
          <w:rFonts w:cs="Arial"/>
          <w:rtl/>
        </w:rPr>
        <w:t>قد</w:t>
      </w:r>
      <w:r>
        <w:t xml:space="preserve"> </w:t>
      </w:r>
      <w:r>
        <w:rPr>
          <w:rFonts w:cs="Arial"/>
          <w:rtl/>
        </w:rPr>
        <w:t>تختلف</w:t>
      </w:r>
      <w:r>
        <w:t xml:space="preserve"> </w:t>
      </w:r>
      <w:r>
        <w:rPr>
          <w:rFonts w:cs="Arial"/>
          <w:rtl/>
        </w:rPr>
        <w:t>التعليمات</w:t>
      </w:r>
      <w:r>
        <w:t xml:space="preserve"> </w:t>
      </w:r>
      <w:r>
        <w:rPr>
          <w:rFonts w:cs="Arial"/>
          <w:rtl/>
        </w:rPr>
        <w:t>حسب</w:t>
      </w:r>
      <w:r>
        <w:t xml:space="preserve"> </w:t>
      </w:r>
      <w:r>
        <w:rPr>
          <w:rFonts w:cs="Arial"/>
          <w:rtl/>
        </w:rPr>
        <w:t>الفحوصات</w:t>
      </w:r>
      <w:r>
        <w:t xml:space="preserve"> </w:t>
      </w:r>
      <w:r>
        <w:rPr>
          <w:rFonts w:cs="Arial"/>
          <w:rtl/>
        </w:rPr>
        <w:t>المطلوبة</w:t>
      </w:r>
      <w:r>
        <w:t xml:space="preserve"> </w:t>
      </w:r>
      <w:r>
        <w:rPr>
          <w:rFonts w:cs="Arial"/>
          <w:rtl/>
        </w:rPr>
        <w:t>أو</w:t>
      </w:r>
      <w:r>
        <w:t xml:space="preserve"> </w:t>
      </w:r>
      <w:r>
        <w:rPr>
          <w:rFonts w:cs="Arial"/>
          <w:rtl/>
        </w:rPr>
        <w:t>وجود</w:t>
      </w:r>
      <w:r>
        <w:t xml:space="preserve"> </w:t>
      </w:r>
      <w:r>
        <w:rPr>
          <w:rFonts w:cs="Arial"/>
          <w:rtl/>
        </w:rPr>
        <w:t>فحوصات</w:t>
      </w:r>
      <w:r>
        <w:t xml:space="preserve"> </w:t>
      </w:r>
      <w:r>
        <w:rPr>
          <w:rFonts w:cs="Arial"/>
          <w:rtl/>
        </w:rPr>
        <w:t>أخرى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نفس</w:t>
      </w:r>
      <w:r>
        <w:t xml:space="preserve"> </w:t>
      </w:r>
      <w:r>
        <w:rPr>
          <w:rFonts w:cs="Arial"/>
          <w:rtl/>
        </w:rPr>
        <w:t>الزيارة</w:t>
      </w:r>
      <w:r>
        <w:t xml:space="preserve">. </w:t>
      </w:r>
      <w:r>
        <w:rPr>
          <w:rFonts w:cs="Arial"/>
          <w:rtl/>
        </w:rPr>
        <w:t>اتبع</w:t>
      </w:r>
      <w:r>
        <w:t xml:space="preserve"> </w:t>
      </w:r>
      <w:r>
        <w:rPr>
          <w:rFonts w:cs="Arial"/>
          <w:rtl/>
        </w:rPr>
        <w:t>تعليمات</w:t>
      </w:r>
      <w:r>
        <w:t xml:space="preserve"> </w:t>
      </w:r>
      <w:r>
        <w:rPr>
          <w:rFonts w:cs="Arial"/>
          <w:rtl/>
        </w:rPr>
        <w:t>المختبر</w:t>
      </w:r>
      <w:r>
        <w:t xml:space="preserve"> </w:t>
      </w:r>
      <w:r>
        <w:rPr>
          <w:rFonts w:cs="Arial"/>
          <w:rtl/>
        </w:rPr>
        <w:t>والطبيب</w:t>
      </w:r>
      <w:r>
        <w:t>.</w:t>
      </w:r>
    </w:p>
    <w:p w:rsidR="00034EF7" w:rsidRDefault="006F7592" w:rsidP="006F7592">
      <w:pPr>
        <w:pStyle w:val="Heading1"/>
        <w:bidi/>
      </w:pPr>
      <w:r>
        <w:rPr>
          <w:rFonts w:ascii="Arial" w:hAnsi="Arial"/>
          <w:color w:val="781423"/>
          <w:sz w:val="34"/>
        </w:rPr>
        <w:t xml:space="preserve">7. </w:t>
      </w:r>
      <w:r>
        <w:rPr>
          <w:rFonts w:ascii="Arial" w:hAnsi="Arial" w:cs="Arial"/>
          <w:color w:val="781423"/>
          <w:sz w:val="34"/>
          <w:szCs w:val="34"/>
          <w:rtl/>
        </w:rPr>
        <w:t>صورة</w:t>
      </w:r>
      <w:r>
        <w:rPr>
          <w:rFonts w:ascii="Arial" w:hAnsi="Arial"/>
          <w:color w:val="781423"/>
          <w:sz w:val="34"/>
        </w:rPr>
        <w:t xml:space="preserve"> </w:t>
      </w:r>
      <w:r>
        <w:rPr>
          <w:rFonts w:ascii="Arial" w:hAnsi="Arial" w:cs="Arial"/>
          <w:color w:val="781423"/>
          <w:sz w:val="34"/>
          <w:szCs w:val="34"/>
          <w:rtl/>
        </w:rPr>
        <w:t>الدم</w:t>
      </w:r>
      <w:r>
        <w:rPr>
          <w:rFonts w:ascii="Arial" w:hAnsi="Arial"/>
          <w:color w:val="781423"/>
          <w:sz w:val="34"/>
        </w:rPr>
        <w:t xml:space="preserve"> </w:t>
      </w:r>
      <w:r>
        <w:rPr>
          <w:rFonts w:ascii="Arial" w:hAnsi="Arial" w:cs="Arial"/>
          <w:color w:val="781423"/>
          <w:sz w:val="34"/>
          <w:szCs w:val="34"/>
          <w:rtl/>
        </w:rPr>
        <w:t>الكاملة</w:t>
      </w:r>
      <w:r>
        <w:rPr>
          <w:rFonts w:ascii="Arial" w:hAnsi="Arial"/>
          <w:color w:val="781423"/>
          <w:sz w:val="34"/>
        </w:rPr>
        <w:t xml:space="preserve"> (CBC)</w:t>
      </w:r>
    </w:p>
    <w:p w:rsidR="00034EF7" w:rsidRDefault="006F7592" w:rsidP="006F7592">
      <w:pPr>
        <w:bidi/>
      </w:pPr>
      <w:r>
        <w:rPr>
          <w:rFonts w:cs="Arial"/>
          <w:rtl/>
        </w:rPr>
        <w:t>يساعد</w:t>
      </w:r>
      <w:r>
        <w:t xml:space="preserve"> </w:t>
      </w:r>
      <w:r>
        <w:rPr>
          <w:rFonts w:cs="Arial"/>
          <w:rtl/>
        </w:rPr>
        <w:t>فحص</w:t>
      </w:r>
      <w:r>
        <w:t xml:space="preserve"> </w:t>
      </w:r>
      <w:r>
        <w:rPr>
          <w:rFonts w:cs="Arial"/>
          <w:rtl/>
        </w:rPr>
        <w:t>صورة</w:t>
      </w:r>
      <w:r>
        <w:t xml:space="preserve"> </w:t>
      </w:r>
      <w:r>
        <w:rPr>
          <w:rFonts w:cs="Arial"/>
          <w:rtl/>
        </w:rPr>
        <w:t>الدم</w:t>
      </w:r>
      <w:r>
        <w:t xml:space="preserve"> </w:t>
      </w:r>
      <w:r>
        <w:rPr>
          <w:rFonts w:cs="Arial"/>
          <w:rtl/>
        </w:rPr>
        <w:t>الكاملة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تقييم</w:t>
      </w:r>
      <w:r>
        <w:t xml:space="preserve"> </w:t>
      </w:r>
      <w:r>
        <w:rPr>
          <w:rFonts w:cs="Arial"/>
          <w:rtl/>
        </w:rPr>
        <w:t>مكونات</w:t>
      </w:r>
      <w:r>
        <w:t xml:space="preserve"> </w:t>
      </w:r>
      <w:r>
        <w:rPr>
          <w:rFonts w:cs="Arial"/>
          <w:rtl/>
        </w:rPr>
        <w:t>الدم</w:t>
      </w:r>
      <w:r>
        <w:t xml:space="preserve"> </w:t>
      </w:r>
      <w:r>
        <w:rPr>
          <w:rFonts w:cs="Arial"/>
          <w:rtl/>
        </w:rPr>
        <w:t>مثل</w:t>
      </w:r>
      <w:r>
        <w:t xml:space="preserve"> </w:t>
      </w:r>
      <w:r>
        <w:rPr>
          <w:rFonts w:cs="Arial"/>
          <w:rtl/>
        </w:rPr>
        <w:t>الهيموغلوبين</w:t>
      </w:r>
      <w:r>
        <w:t xml:space="preserve"> </w:t>
      </w:r>
      <w:r>
        <w:rPr>
          <w:rFonts w:cs="Arial"/>
          <w:rtl/>
        </w:rPr>
        <w:t>وخلايا</w:t>
      </w:r>
      <w:r>
        <w:t xml:space="preserve"> </w:t>
      </w:r>
      <w:r>
        <w:rPr>
          <w:rFonts w:cs="Arial"/>
          <w:rtl/>
        </w:rPr>
        <w:t>الدم</w:t>
      </w:r>
      <w:r>
        <w:t xml:space="preserve"> </w:t>
      </w:r>
      <w:r>
        <w:rPr>
          <w:rFonts w:cs="Arial"/>
          <w:rtl/>
        </w:rPr>
        <w:t>الحمراء</w:t>
      </w:r>
      <w:r>
        <w:t xml:space="preserve"> </w:t>
      </w:r>
      <w:r>
        <w:rPr>
          <w:rFonts w:cs="Arial"/>
          <w:rtl/>
        </w:rPr>
        <w:t>وخلايا</w:t>
      </w:r>
      <w:r>
        <w:t xml:space="preserve"> </w:t>
      </w:r>
      <w:r>
        <w:rPr>
          <w:rFonts w:cs="Arial"/>
          <w:rtl/>
        </w:rPr>
        <w:t>الدم</w:t>
      </w:r>
      <w:r>
        <w:t xml:space="preserve"> </w:t>
      </w:r>
      <w:r>
        <w:rPr>
          <w:rFonts w:cs="Arial"/>
          <w:rtl/>
        </w:rPr>
        <w:t>البيضاء</w:t>
      </w:r>
      <w:r>
        <w:t xml:space="preserve"> </w:t>
      </w:r>
      <w:r>
        <w:rPr>
          <w:rFonts w:cs="Arial"/>
          <w:rtl/>
        </w:rPr>
        <w:t>والصفائح</w:t>
      </w:r>
      <w:r>
        <w:t xml:space="preserve"> </w:t>
      </w:r>
      <w:r>
        <w:rPr>
          <w:rFonts w:cs="Arial"/>
          <w:rtl/>
        </w:rPr>
        <w:t>الدموية</w:t>
      </w:r>
      <w:r>
        <w:t xml:space="preserve">. </w:t>
      </w:r>
      <w:r>
        <w:rPr>
          <w:rFonts w:cs="Arial"/>
          <w:rtl/>
        </w:rPr>
        <w:t>وقد</w:t>
      </w:r>
      <w:r>
        <w:t xml:space="preserve"> </w:t>
      </w:r>
      <w:r>
        <w:rPr>
          <w:rFonts w:cs="Arial"/>
          <w:rtl/>
        </w:rPr>
        <w:t>يساعد</w:t>
      </w:r>
      <w:r>
        <w:t xml:space="preserve"> </w:t>
      </w:r>
      <w:r>
        <w:rPr>
          <w:rFonts w:cs="Arial"/>
          <w:rtl/>
        </w:rPr>
        <w:t>الطبيب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تقييم</w:t>
      </w:r>
      <w:r>
        <w:t xml:space="preserve"> </w:t>
      </w:r>
      <w:r>
        <w:rPr>
          <w:rFonts w:cs="Arial"/>
          <w:rtl/>
        </w:rPr>
        <w:t>فقر</w:t>
      </w:r>
      <w:r>
        <w:t xml:space="preserve"> </w:t>
      </w:r>
      <w:r>
        <w:rPr>
          <w:rFonts w:cs="Arial"/>
          <w:rtl/>
        </w:rPr>
        <w:t>الدم</w:t>
      </w:r>
      <w:r>
        <w:t xml:space="preserve"> </w:t>
      </w:r>
      <w:r>
        <w:rPr>
          <w:rFonts w:cs="Arial"/>
          <w:rtl/>
        </w:rPr>
        <w:t>أو</w:t>
      </w:r>
      <w:r>
        <w:t xml:space="preserve"> </w:t>
      </w:r>
      <w:r>
        <w:rPr>
          <w:rFonts w:cs="Arial"/>
          <w:rtl/>
        </w:rPr>
        <w:t>بعض</w:t>
      </w:r>
      <w:r>
        <w:t xml:space="preserve"> </w:t>
      </w:r>
      <w:r>
        <w:rPr>
          <w:rFonts w:cs="Arial"/>
          <w:rtl/>
        </w:rPr>
        <w:t>حالات</w:t>
      </w:r>
      <w:r>
        <w:t xml:space="preserve"> </w:t>
      </w:r>
      <w:r>
        <w:rPr>
          <w:rFonts w:cs="Arial"/>
          <w:rtl/>
        </w:rPr>
        <w:t>الالتهاب</w:t>
      </w:r>
      <w:r>
        <w:t xml:space="preserve"> </w:t>
      </w:r>
      <w:r>
        <w:rPr>
          <w:rFonts w:cs="Arial"/>
          <w:rtl/>
        </w:rPr>
        <w:t>أو</w:t>
      </w:r>
      <w:r>
        <w:t xml:space="preserve"> </w:t>
      </w:r>
      <w:r>
        <w:rPr>
          <w:rFonts w:cs="Arial"/>
          <w:rtl/>
        </w:rPr>
        <w:t>تغيرات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مكونات</w:t>
      </w:r>
      <w:r>
        <w:t xml:space="preserve"> </w:t>
      </w:r>
      <w:r>
        <w:rPr>
          <w:rFonts w:cs="Arial"/>
          <w:rtl/>
        </w:rPr>
        <w:t>الدم</w:t>
      </w:r>
      <w:r>
        <w:t>.</w:t>
      </w:r>
    </w:p>
    <w:p w:rsidR="00034EF7" w:rsidRPr="006F7592" w:rsidRDefault="006F7592" w:rsidP="006F7592">
      <w:pPr>
        <w:bidi/>
      </w:pPr>
      <w:r>
        <w:rPr>
          <w:rFonts w:cs="Arial"/>
          <w:rtl/>
        </w:rPr>
        <w:lastRenderedPageBreak/>
        <w:t>لا</w:t>
      </w:r>
      <w:r>
        <w:t xml:space="preserve"> </w:t>
      </w:r>
      <w:r>
        <w:rPr>
          <w:rFonts w:cs="Arial"/>
          <w:rtl/>
        </w:rPr>
        <w:t>يحتاج</w:t>
      </w:r>
      <w:r>
        <w:t xml:space="preserve"> </w:t>
      </w:r>
      <w:r>
        <w:rPr>
          <w:rFonts w:cs="Arial"/>
          <w:rtl/>
        </w:rPr>
        <w:t>فحص</w:t>
      </w:r>
      <w:r>
        <w:t xml:space="preserve"> CBC </w:t>
      </w:r>
      <w:r>
        <w:rPr>
          <w:rFonts w:cs="Arial"/>
          <w:rtl/>
        </w:rPr>
        <w:t>عادةً</w:t>
      </w:r>
      <w:r>
        <w:t xml:space="preserve"> </w:t>
      </w:r>
      <w:r>
        <w:rPr>
          <w:rFonts w:cs="Arial"/>
          <w:rtl/>
        </w:rPr>
        <w:t>إلى</w:t>
      </w:r>
      <w:r>
        <w:t xml:space="preserve"> </w:t>
      </w:r>
      <w:r>
        <w:rPr>
          <w:rFonts w:cs="Arial"/>
          <w:rtl/>
        </w:rPr>
        <w:t>الصيام،</w:t>
      </w:r>
      <w:r>
        <w:t xml:space="preserve"> </w:t>
      </w:r>
      <w:r>
        <w:rPr>
          <w:rFonts w:cs="Arial"/>
          <w:rtl/>
        </w:rPr>
        <w:t>إلا</w:t>
      </w:r>
      <w:r>
        <w:t xml:space="preserve"> </w:t>
      </w:r>
      <w:r>
        <w:rPr>
          <w:rFonts w:cs="Arial"/>
          <w:rtl/>
        </w:rPr>
        <w:t>إذا</w:t>
      </w:r>
      <w:r>
        <w:t xml:space="preserve"> </w:t>
      </w:r>
      <w:r>
        <w:rPr>
          <w:rFonts w:cs="Arial"/>
          <w:rtl/>
        </w:rPr>
        <w:t>تم</w:t>
      </w:r>
      <w:r>
        <w:t xml:space="preserve"> </w:t>
      </w:r>
      <w:r>
        <w:rPr>
          <w:rFonts w:cs="Arial"/>
          <w:rtl/>
        </w:rPr>
        <w:t>طلبه</w:t>
      </w:r>
      <w:r>
        <w:t xml:space="preserve"> </w:t>
      </w:r>
      <w:r>
        <w:rPr>
          <w:rFonts w:cs="Arial"/>
          <w:rtl/>
        </w:rPr>
        <w:t>مع</w:t>
      </w:r>
      <w:r>
        <w:t xml:space="preserve"> </w:t>
      </w:r>
      <w:r>
        <w:rPr>
          <w:rFonts w:cs="Arial"/>
          <w:rtl/>
        </w:rPr>
        <w:t>فحوصات</w:t>
      </w:r>
      <w:r>
        <w:t xml:space="preserve"> </w:t>
      </w:r>
      <w:r>
        <w:rPr>
          <w:rFonts w:cs="Arial"/>
          <w:rtl/>
        </w:rPr>
        <w:t>أخرى</w:t>
      </w:r>
      <w:r>
        <w:t xml:space="preserve"> </w:t>
      </w:r>
      <w:r>
        <w:rPr>
          <w:rFonts w:cs="Arial"/>
          <w:rtl/>
        </w:rPr>
        <w:t>تتطلب</w:t>
      </w:r>
      <w:r>
        <w:t xml:space="preserve"> </w:t>
      </w:r>
      <w:r>
        <w:rPr>
          <w:rFonts w:cs="Arial"/>
          <w:rtl/>
        </w:rPr>
        <w:t>تحضيرًا</w:t>
      </w:r>
      <w:r>
        <w:t xml:space="preserve"> </w:t>
      </w:r>
      <w:r>
        <w:rPr>
          <w:rFonts w:cs="Arial"/>
          <w:rtl/>
        </w:rPr>
        <w:t>خاصًا</w:t>
      </w:r>
      <w:r>
        <w:t>.</w:t>
      </w:r>
      <w:r w:rsidRPr="006F759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6F7592">
        <w:rPr>
          <w:noProof/>
        </w:rPr>
        <w:lastRenderedPageBreak/>
        <w:drawing>
          <wp:inline distT="0" distB="0" distL="0" distR="0">
            <wp:extent cx="6492240" cy="11541760"/>
            <wp:effectExtent l="0" t="0" r="3810" b="2540"/>
            <wp:docPr id="3" name="Picture 3" descr="C:\Users\s.alqatawneh\Downloads\IMG-20260910-WA0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.alqatawneh\Downloads\IMG-20260910-WA0045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1541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4EF7" w:rsidRDefault="006F7592" w:rsidP="006F7592">
      <w:pPr>
        <w:pStyle w:val="Heading1"/>
        <w:bidi/>
      </w:pPr>
      <w:r>
        <w:rPr>
          <w:rFonts w:ascii="Arial" w:hAnsi="Arial"/>
          <w:color w:val="781423"/>
          <w:sz w:val="34"/>
        </w:rPr>
        <w:lastRenderedPageBreak/>
        <w:t xml:space="preserve">8. </w:t>
      </w:r>
      <w:r>
        <w:rPr>
          <w:rFonts w:ascii="Arial" w:hAnsi="Arial" w:cs="Arial"/>
          <w:color w:val="781423"/>
          <w:sz w:val="34"/>
          <w:szCs w:val="34"/>
          <w:rtl/>
        </w:rPr>
        <w:t>كيف</w:t>
      </w:r>
      <w:r>
        <w:rPr>
          <w:rFonts w:ascii="Arial" w:hAnsi="Arial"/>
          <w:color w:val="781423"/>
          <w:sz w:val="34"/>
        </w:rPr>
        <w:t xml:space="preserve"> </w:t>
      </w:r>
      <w:r>
        <w:rPr>
          <w:rFonts w:ascii="Arial" w:hAnsi="Arial" w:cs="Arial"/>
          <w:color w:val="781423"/>
          <w:sz w:val="34"/>
          <w:szCs w:val="34"/>
          <w:rtl/>
        </w:rPr>
        <w:t>أستعد</w:t>
      </w:r>
      <w:r>
        <w:rPr>
          <w:rFonts w:ascii="Arial" w:hAnsi="Arial"/>
          <w:color w:val="781423"/>
          <w:sz w:val="34"/>
        </w:rPr>
        <w:t xml:space="preserve"> </w:t>
      </w:r>
      <w:r>
        <w:rPr>
          <w:rFonts w:ascii="Arial" w:hAnsi="Arial" w:cs="Arial"/>
          <w:color w:val="781423"/>
          <w:sz w:val="34"/>
          <w:szCs w:val="34"/>
          <w:rtl/>
        </w:rPr>
        <w:t>للفحوصات؟</w:t>
      </w:r>
    </w:p>
    <w:p w:rsidR="00034EF7" w:rsidRDefault="006F7592" w:rsidP="006F7592">
      <w:pPr>
        <w:pStyle w:val="ListBullet"/>
        <w:bidi/>
      </w:pPr>
      <w:r>
        <w:rPr>
          <w:rFonts w:cs="Arial"/>
          <w:rtl/>
        </w:rPr>
        <w:t>اسأل</w:t>
      </w:r>
      <w:r>
        <w:t xml:space="preserve"> </w:t>
      </w:r>
      <w:r>
        <w:rPr>
          <w:rFonts w:cs="Arial"/>
          <w:rtl/>
        </w:rPr>
        <w:t>المختبر</w:t>
      </w:r>
      <w:r>
        <w:t xml:space="preserve"> </w:t>
      </w:r>
      <w:r>
        <w:rPr>
          <w:rFonts w:cs="Arial"/>
          <w:rtl/>
        </w:rPr>
        <w:t>أو</w:t>
      </w:r>
      <w:r>
        <w:t xml:space="preserve"> </w:t>
      </w:r>
      <w:r>
        <w:rPr>
          <w:rFonts w:cs="Arial"/>
          <w:rtl/>
        </w:rPr>
        <w:t>الطبيب</w:t>
      </w:r>
      <w:r>
        <w:t xml:space="preserve">: </w:t>
      </w:r>
      <w:r>
        <w:rPr>
          <w:rFonts w:cs="Arial"/>
          <w:rtl/>
        </w:rPr>
        <w:t>هل</w:t>
      </w:r>
      <w:r>
        <w:t xml:space="preserve"> </w:t>
      </w:r>
      <w:r>
        <w:rPr>
          <w:rFonts w:cs="Arial"/>
          <w:rtl/>
        </w:rPr>
        <w:t>يحتاج</w:t>
      </w:r>
      <w:r>
        <w:t xml:space="preserve"> </w:t>
      </w:r>
      <w:r>
        <w:rPr>
          <w:rFonts w:cs="Arial"/>
          <w:rtl/>
        </w:rPr>
        <w:t>الفحص</w:t>
      </w:r>
      <w:r>
        <w:t xml:space="preserve"> </w:t>
      </w:r>
      <w:r>
        <w:rPr>
          <w:rFonts w:cs="Arial"/>
          <w:rtl/>
        </w:rPr>
        <w:t>إلى</w:t>
      </w:r>
      <w:r>
        <w:t xml:space="preserve"> </w:t>
      </w:r>
      <w:r>
        <w:rPr>
          <w:rFonts w:cs="Arial"/>
          <w:rtl/>
        </w:rPr>
        <w:t>صيام؟</w:t>
      </w:r>
    </w:p>
    <w:p w:rsidR="00034EF7" w:rsidRDefault="006F7592" w:rsidP="006F7592">
      <w:pPr>
        <w:pStyle w:val="ListBullet"/>
        <w:bidi/>
      </w:pPr>
      <w:r>
        <w:rPr>
          <w:rFonts w:cs="Arial"/>
          <w:rtl/>
        </w:rPr>
        <w:t>إذا</w:t>
      </w:r>
      <w:r>
        <w:t xml:space="preserve"> </w:t>
      </w:r>
      <w:r>
        <w:rPr>
          <w:rFonts w:cs="Arial"/>
          <w:rtl/>
        </w:rPr>
        <w:t>طُلب</w:t>
      </w:r>
      <w:r>
        <w:t xml:space="preserve"> </w:t>
      </w:r>
      <w:r>
        <w:rPr>
          <w:rFonts w:cs="Arial"/>
          <w:rtl/>
        </w:rPr>
        <w:t>الصيام،</w:t>
      </w:r>
      <w:r>
        <w:t xml:space="preserve"> </w:t>
      </w:r>
      <w:r>
        <w:rPr>
          <w:rFonts w:cs="Arial"/>
          <w:rtl/>
        </w:rPr>
        <w:t>اتبع</w:t>
      </w:r>
      <w:r>
        <w:t xml:space="preserve"> </w:t>
      </w:r>
      <w:r>
        <w:rPr>
          <w:rFonts w:cs="Arial"/>
          <w:rtl/>
        </w:rPr>
        <w:t>المدة</w:t>
      </w:r>
      <w:r>
        <w:t xml:space="preserve"> </w:t>
      </w:r>
      <w:r>
        <w:rPr>
          <w:rFonts w:cs="Arial"/>
          <w:rtl/>
        </w:rPr>
        <w:t>المحددة</w:t>
      </w:r>
      <w:r>
        <w:t xml:space="preserve"> </w:t>
      </w:r>
      <w:r>
        <w:rPr>
          <w:rFonts w:cs="Arial"/>
          <w:rtl/>
        </w:rPr>
        <w:t>بدقة</w:t>
      </w:r>
      <w:r>
        <w:t>.</w:t>
      </w:r>
    </w:p>
    <w:p w:rsidR="00034EF7" w:rsidRDefault="006F7592" w:rsidP="006F7592">
      <w:pPr>
        <w:pStyle w:val="ListBullet"/>
        <w:bidi/>
      </w:pPr>
      <w:r>
        <w:rPr>
          <w:rFonts w:cs="Arial"/>
          <w:rtl/>
        </w:rPr>
        <w:t>يسمح</w:t>
      </w:r>
      <w:r>
        <w:t xml:space="preserve"> </w:t>
      </w:r>
      <w:r>
        <w:rPr>
          <w:rFonts w:cs="Arial"/>
          <w:rtl/>
        </w:rPr>
        <w:t>عادةً</w:t>
      </w:r>
      <w:r>
        <w:t xml:space="preserve"> </w:t>
      </w:r>
      <w:r>
        <w:rPr>
          <w:rFonts w:cs="Arial"/>
          <w:rtl/>
        </w:rPr>
        <w:t>بالماء</w:t>
      </w:r>
      <w:r>
        <w:t xml:space="preserve"> </w:t>
      </w:r>
      <w:r>
        <w:rPr>
          <w:rFonts w:cs="Arial"/>
          <w:rtl/>
        </w:rPr>
        <w:t>عند</w:t>
      </w:r>
      <w:r>
        <w:t xml:space="preserve"> </w:t>
      </w:r>
      <w:r>
        <w:rPr>
          <w:rFonts w:cs="Arial"/>
          <w:rtl/>
        </w:rPr>
        <w:t>الصيام</w:t>
      </w:r>
      <w:r>
        <w:t xml:space="preserve"> </w:t>
      </w:r>
      <w:r>
        <w:rPr>
          <w:rFonts w:cs="Arial"/>
          <w:rtl/>
        </w:rPr>
        <w:t>لفحص</w:t>
      </w:r>
      <w:r>
        <w:t xml:space="preserve"> </w:t>
      </w:r>
      <w:r>
        <w:rPr>
          <w:rFonts w:cs="Arial"/>
          <w:rtl/>
        </w:rPr>
        <w:t>الدم،</w:t>
      </w:r>
      <w:r>
        <w:t xml:space="preserve"> </w:t>
      </w:r>
      <w:r>
        <w:rPr>
          <w:rFonts w:cs="Arial"/>
          <w:rtl/>
        </w:rPr>
        <w:t>ما</w:t>
      </w:r>
      <w:r>
        <w:t xml:space="preserve"> </w:t>
      </w:r>
      <w:r>
        <w:rPr>
          <w:rFonts w:cs="Arial"/>
          <w:rtl/>
        </w:rPr>
        <w:t>لم</w:t>
      </w:r>
      <w:r>
        <w:t xml:space="preserve"> </w:t>
      </w:r>
      <w:r>
        <w:rPr>
          <w:rFonts w:cs="Arial"/>
          <w:rtl/>
        </w:rPr>
        <w:t>تُعطَ</w:t>
      </w:r>
      <w:r>
        <w:t xml:space="preserve"> </w:t>
      </w:r>
      <w:r>
        <w:rPr>
          <w:rFonts w:cs="Arial"/>
          <w:rtl/>
        </w:rPr>
        <w:t>تعليمات</w:t>
      </w:r>
      <w:r>
        <w:t xml:space="preserve"> </w:t>
      </w:r>
      <w:r>
        <w:rPr>
          <w:rFonts w:cs="Arial"/>
          <w:rtl/>
        </w:rPr>
        <w:t>مختلفة</w:t>
      </w:r>
      <w:r>
        <w:t>.</w:t>
      </w:r>
    </w:p>
    <w:p w:rsidR="00034EF7" w:rsidRDefault="006F7592" w:rsidP="006F7592">
      <w:pPr>
        <w:pStyle w:val="ListBullet"/>
        <w:bidi/>
      </w:pPr>
      <w:r>
        <w:rPr>
          <w:rFonts w:cs="Arial"/>
          <w:rtl/>
        </w:rPr>
        <w:t>لا</w:t>
      </w:r>
      <w:r>
        <w:t xml:space="preserve"> </w:t>
      </w:r>
      <w:r>
        <w:rPr>
          <w:rFonts w:cs="Arial"/>
          <w:rtl/>
        </w:rPr>
        <w:t>توقف</w:t>
      </w:r>
      <w:r>
        <w:t xml:space="preserve"> </w:t>
      </w:r>
      <w:r>
        <w:rPr>
          <w:rFonts w:cs="Arial"/>
          <w:rtl/>
        </w:rPr>
        <w:t>أو</w:t>
      </w:r>
      <w:r>
        <w:t xml:space="preserve"> </w:t>
      </w:r>
      <w:r>
        <w:rPr>
          <w:rFonts w:cs="Arial"/>
          <w:rtl/>
        </w:rPr>
        <w:t>تغير</w:t>
      </w:r>
      <w:r>
        <w:t xml:space="preserve"> </w:t>
      </w:r>
      <w:r>
        <w:rPr>
          <w:rFonts w:cs="Arial"/>
          <w:rtl/>
        </w:rPr>
        <w:t>أدويتك</w:t>
      </w:r>
      <w:r>
        <w:t xml:space="preserve"> </w:t>
      </w:r>
      <w:r>
        <w:rPr>
          <w:rFonts w:cs="Arial"/>
          <w:rtl/>
        </w:rPr>
        <w:t>من</w:t>
      </w:r>
      <w:r>
        <w:t xml:space="preserve"> </w:t>
      </w:r>
      <w:r>
        <w:rPr>
          <w:rFonts w:cs="Arial"/>
          <w:rtl/>
        </w:rPr>
        <w:t>تلقاء</w:t>
      </w:r>
      <w:r>
        <w:t xml:space="preserve"> </w:t>
      </w:r>
      <w:r>
        <w:rPr>
          <w:rFonts w:cs="Arial"/>
          <w:rtl/>
        </w:rPr>
        <w:t>نفسك</w:t>
      </w:r>
      <w:r>
        <w:t>.</w:t>
      </w:r>
    </w:p>
    <w:p w:rsidR="00034EF7" w:rsidRDefault="006F7592" w:rsidP="006F7592">
      <w:pPr>
        <w:pStyle w:val="ListBullet"/>
        <w:bidi/>
      </w:pPr>
      <w:r>
        <w:rPr>
          <w:rFonts w:cs="Arial"/>
          <w:rtl/>
        </w:rPr>
        <w:t>أخبر</w:t>
      </w:r>
      <w:r>
        <w:t xml:space="preserve"> </w:t>
      </w:r>
      <w:r>
        <w:rPr>
          <w:rFonts w:cs="Arial"/>
          <w:rtl/>
        </w:rPr>
        <w:t>المختبر</w:t>
      </w:r>
      <w:r>
        <w:t xml:space="preserve"> </w:t>
      </w:r>
      <w:r>
        <w:rPr>
          <w:rFonts w:cs="Arial"/>
          <w:rtl/>
        </w:rPr>
        <w:t>عن</w:t>
      </w:r>
      <w:r>
        <w:t xml:space="preserve"> </w:t>
      </w:r>
      <w:r>
        <w:rPr>
          <w:rFonts w:cs="Arial"/>
          <w:rtl/>
        </w:rPr>
        <w:t>الأدوية</w:t>
      </w:r>
      <w:r>
        <w:t xml:space="preserve"> </w:t>
      </w:r>
      <w:r>
        <w:rPr>
          <w:rFonts w:cs="Arial"/>
          <w:rtl/>
        </w:rPr>
        <w:t>والمكملات</w:t>
      </w:r>
      <w:r>
        <w:t xml:space="preserve"> </w:t>
      </w:r>
      <w:r>
        <w:rPr>
          <w:rFonts w:cs="Arial"/>
          <w:rtl/>
        </w:rPr>
        <w:t>الغذائية</w:t>
      </w:r>
      <w:r>
        <w:t xml:space="preserve"> </w:t>
      </w:r>
      <w:r>
        <w:rPr>
          <w:rFonts w:cs="Arial"/>
          <w:rtl/>
        </w:rPr>
        <w:t>عند</w:t>
      </w:r>
      <w:r>
        <w:t xml:space="preserve"> </w:t>
      </w:r>
      <w:r>
        <w:rPr>
          <w:rFonts w:cs="Arial"/>
          <w:rtl/>
        </w:rPr>
        <w:t>وجود</w:t>
      </w:r>
      <w:r>
        <w:t xml:space="preserve"> </w:t>
      </w:r>
      <w:r>
        <w:rPr>
          <w:rFonts w:cs="Arial"/>
          <w:rtl/>
        </w:rPr>
        <w:t>تعليمات</w:t>
      </w:r>
      <w:r>
        <w:t xml:space="preserve"> </w:t>
      </w:r>
      <w:r>
        <w:rPr>
          <w:rFonts w:cs="Arial"/>
          <w:rtl/>
        </w:rPr>
        <w:t>تتطلب</w:t>
      </w:r>
      <w:r>
        <w:t xml:space="preserve"> </w:t>
      </w:r>
      <w:r>
        <w:rPr>
          <w:rFonts w:cs="Arial"/>
          <w:rtl/>
        </w:rPr>
        <w:t>ذلك</w:t>
      </w:r>
      <w:r>
        <w:t>.</w:t>
      </w:r>
    </w:p>
    <w:p w:rsidR="00034EF7" w:rsidRDefault="006F7592" w:rsidP="006F7592">
      <w:pPr>
        <w:pStyle w:val="ListBullet"/>
        <w:bidi/>
      </w:pPr>
      <w:r>
        <w:rPr>
          <w:rFonts w:cs="Arial"/>
          <w:rtl/>
        </w:rPr>
        <w:t>اتبع</w:t>
      </w:r>
      <w:r>
        <w:t xml:space="preserve"> </w:t>
      </w:r>
      <w:r>
        <w:rPr>
          <w:rFonts w:cs="Arial"/>
          <w:rtl/>
        </w:rPr>
        <w:t>تعليمات</w:t>
      </w:r>
      <w:r>
        <w:t xml:space="preserve"> </w:t>
      </w:r>
      <w:r>
        <w:rPr>
          <w:rFonts w:cs="Arial"/>
          <w:rtl/>
        </w:rPr>
        <w:t>المختبر</w:t>
      </w:r>
      <w:r>
        <w:t xml:space="preserve"> </w:t>
      </w:r>
      <w:r>
        <w:rPr>
          <w:rFonts w:cs="Arial"/>
          <w:rtl/>
        </w:rPr>
        <w:t>لأن</w:t>
      </w:r>
      <w:r>
        <w:t xml:space="preserve"> </w:t>
      </w:r>
      <w:r>
        <w:rPr>
          <w:rFonts w:cs="Arial"/>
          <w:rtl/>
        </w:rPr>
        <w:t>متطلبات</w:t>
      </w:r>
      <w:r>
        <w:t xml:space="preserve"> </w:t>
      </w:r>
      <w:r>
        <w:rPr>
          <w:rFonts w:cs="Arial"/>
          <w:rtl/>
        </w:rPr>
        <w:t>التحضير</w:t>
      </w:r>
      <w:r>
        <w:t xml:space="preserve"> </w:t>
      </w:r>
      <w:r>
        <w:rPr>
          <w:rFonts w:cs="Arial"/>
          <w:rtl/>
        </w:rPr>
        <w:t>قد</w:t>
      </w:r>
      <w:r>
        <w:t xml:space="preserve"> </w:t>
      </w:r>
      <w:r>
        <w:rPr>
          <w:rFonts w:cs="Arial"/>
          <w:rtl/>
        </w:rPr>
        <w:t>تختلف</w:t>
      </w:r>
      <w:r>
        <w:t xml:space="preserve"> </w:t>
      </w:r>
      <w:r>
        <w:rPr>
          <w:rFonts w:cs="Arial"/>
          <w:rtl/>
        </w:rPr>
        <w:t>حسب</w:t>
      </w:r>
      <w:r>
        <w:t xml:space="preserve"> </w:t>
      </w:r>
      <w:r>
        <w:rPr>
          <w:rFonts w:cs="Arial"/>
          <w:rtl/>
        </w:rPr>
        <w:t>الفحص</w:t>
      </w:r>
      <w:r>
        <w:t>.</w:t>
      </w:r>
    </w:p>
    <w:p w:rsidR="00034EF7" w:rsidRDefault="006F7592" w:rsidP="006F7592">
      <w:pPr>
        <w:pStyle w:val="Heading1"/>
        <w:bidi/>
      </w:pPr>
      <w:r>
        <w:rPr>
          <w:rFonts w:ascii="Arial" w:hAnsi="Arial"/>
          <w:color w:val="781423"/>
          <w:sz w:val="34"/>
        </w:rPr>
        <w:t xml:space="preserve">9. </w:t>
      </w:r>
      <w:r>
        <w:rPr>
          <w:rFonts w:ascii="Arial" w:hAnsi="Arial" w:cs="Arial"/>
          <w:color w:val="781423"/>
          <w:sz w:val="34"/>
          <w:szCs w:val="34"/>
          <w:rtl/>
        </w:rPr>
        <w:t>جدول</w:t>
      </w:r>
      <w:r>
        <w:rPr>
          <w:rFonts w:ascii="Arial" w:hAnsi="Arial"/>
          <w:color w:val="781423"/>
          <w:sz w:val="34"/>
        </w:rPr>
        <w:t xml:space="preserve"> </w:t>
      </w:r>
      <w:r>
        <w:rPr>
          <w:rFonts w:ascii="Arial" w:hAnsi="Arial" w:cs="Arial"/>
          <w:color w:val="781423"/>
          <w:sz w:val="34"/>
          <w:szCs w:val="34"/>
          <w:rtl/>
        </w:rPr>
        <w:t>سريع</w:t>
      </w:r>
      <w:r>
        <w:rPr>
          <w:rFonts w:ascii="Arial" w:hAnsi="Arial"/>
          <w:color w:val="781423"/>
          <w:sz w:val="34"/>
        </w:rPr>
        <w:t xml:space="preserve"> </w:t>
      </w:r>
      <w:r>
        <w:rPr>
          <w:rFonts w:ascii="Arial" w:hAnsi="Arial" w:cs="Arial"/>
          <w:color w:val="781423"/>
          <w:sz w:val="34"/>
          <w:szCs w:val="34"/>
          <w:rtl/>
        </w:rPr>
        <w:t>للمريض</w:t>
      </w:r>
      <w:r>
        <w:rPr>
          <w:rFonts w:ascii="Arial" w:hAnsi="Arial"/>
          <w:color w:val="781423"/>
          <w:sz w:val="34"/>
        </w:rPr>
        <w:t xml:space="preserve">: </w:t>
      </w:r>
      <w:r>
        <w:rPr>
          <w:rFonts w:ascii="Arial" w:hAnsi="Arial" w:cs="Arial"/>
          <w:color w:val="781423"/>
          <w:sz w:val="34"/>
          <w:szCs w:val="34"/>
          <w:rtl/>
        </w:rPr>
        <w:t>اعرف</w:t>
      </w:r>
      <w:r>
        <w:rPr>
          <w:rFonts w:ascii="Arial" w:hAnsi="Arial"/>
          <w:color w:val="781423"/>
          <w:sz w:val="34"/>
        </w:rPr>
        <w:t xml:space="preserve"> </w:t>
      </w:r>
      <w:r>
        <w:rPr>
          <w:rFonts w:ascii="Arial" w:hAnsi="Arial" w:cs="Arial"/>
          <w:color w:val="781423"/>
          <w:sz w:val="34"/>
          <w:szCs w:val="34"/>
          <w:rtl/>
        </w:rPr>
        <w:t>فحصك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56"/>
        <w:gridCol w:w="2556"/>
        <w:gridCol w:w="2556"/>
        <w:gridCol w:w="2556"/>
      </w:tblGrid>
      <w:tr w:rsidR="00034EF7">
        <w:trPr>
          <w:jc w:val="center"/>
        </w:trPr>
        <w:tc>
          <w:tcPr>
            <w:tcW w:w="2556" w:type="dxa"/>
          </w:tcPr>
          <w:p w:rsidR="00034EF7" w:rsidRDefault="006F7592" w:rsidP="006F7592">
            <w:pPr>
              <w:bidi/>
            </w:pPr>
            <w:r>
              <w:rPr>
                <w:rFonts w:cs="Arial"/>
                <w:rtl/>
              </w:rPr>
              <w:t>الفحص</w:t>
            </w:r>
          </w:p>
        </w:tc>
        <w:tc>
          <w:tcPr>
            <w:tcW w:w="2556" w:type="dxa"/>
          </w:tcPr>
          <w:p w:rsidR="00034EF7" w:rsidRDefault="006F7592" w:rsidP="006F7592">
            <w:pPr>
              <w:bidi/>
            </w:pPr>
            <w:r>
              <w:rPr>
                <w:rFonts w:cs="Arial"/>
                <w:rtl/>
              </w:rPr>
              <w:t>هل</w:t>
            </w:r>
            <w:r>
              <w:t xml:space="preserve"> </w:t>
            </w:r>
            <w:r>
              <w:rPr>
                <w:rFonts w:cs="Arial"/>
                <w:rtl/>
              </w:rPr>
              <w:t>يحتاج</w:t>
            </w:r>
            <w:r>
              <w:t xml:space="preserve"> </w:t>
            </w:r>
            <w:r>
              <w:rPr>
                <w:rFonts w:cs="Arial"/>
                <w:rtl/>
              </w:rPr>
              <w:t>إلى</w:t>
            </w:r>
            <w:r>
              <w:t xml:space="preserve"> </w:t>
            </w:r>
            <w:r>
              <w:rPr>
                <w:rFonts w:cs="Arial"/>
                <w:rtl/>
              </w:rPr>
              <w:t>صيام؟</w:t>
            </w:r>
          </w:p>
        </w:tc>
        <w:tc>
          <w:tcPr>
            <w:tcW w:w="2556" w:type="dxa"/>
          </w:tcPr>
          <w:p w:rsidR="00034EF7" w:rsidRDefault="006F7592" w:rsidP="006F7592">
            <w:pPr>
              <w:bidi/>
            </w:pPr>
            <w:r>
              <w:rPr>
                <w:rFonts w:cs="Arial"/>
                <w:rtl/>
              </w:rPr>
              <w:t>التحضير</w:t>
            </w:r>
            <w:r>
              <w:t xml:space="preserve"> </w:t>
            </w:r>
            <w:r>
              <w:rPr>
                <w:rFonts w:cs="Arial"/>
                <w:rtl/>
              </w:rPr>
              <w:t>المختصر</w:t>
            </w:r>
          </w:p>
        </w:tc>
        <w:tc>
          <w:tcPr>
            <w:tcW w:w="2556" w:type="dxa"/>
          </w:tcPr>
          <w:p w:rsidR="00034EF7" w:rsidRDefault="006F7592" w:rsidP="006F7592">
            <w:pPr>
              <w:bidi/>
            </w:pPr>
            <w:r>
              <w:rPr>
                <w:rFonts w:cs="Arial"/>
                <w:rtl/>
              </w:rPr>
              <w:t>أهم</w:t>
            </w:r>
            <w:r>
              <w:t xml:space="preserve"> </w:t>
            </w:r>
            <w:r>
              <w:rPr>
                <w:rFonts w:cs="Arial"/>
                <w:rtl/>
              </w:rPr>
              <w:t>استخدام</w:t>
            </w:r>
          </w:p>
        </w:tc>
      </w:tr>
      <w:tr w:rsidR="00034EF7">
        <w:trPr>
          <w:jc w:val="center"/>
        </w:trPr>
        <w:tc>
          <w:tcPr>
            <w:tcW w:w="2556" w:type="dxa"/>
          </w:tcPr>
          <w:p w:rsidR="00034EF7" w:rsidRDefault="006F7592" w:rsidP="006F7592">
            <w:pPr>
              <w:bidi/>
            </w:pPr>
            <w:r>
              <w:t>Lipid Profile</w:t>
            </w:r>
          </w:p>
        </w:tc>
        <w:tc>
          <w:tcPr>
            <w:tcW w:w="2556" w:type="dxa"/>
          </w:tcPr>
          <w:p w:rsidR="00034EF7" w:rsidRDefault="006F7592" w:rsidP="006F7592">
            <w:pPr>
              <w:bidi/>
            </w:pPr>
            <w:r>
              <w:rPr>
                <w:rFonts w:cs="Arial"/>
                <w:rtl/>
              </w:rPr>
              <w:t>قد</w:t>
            </w:r>
            <w:r>
              <w:t xml:space="preserve"> </w:t>
            </w:r>
            <w:r>
              <w:rPr>
                <w:rFonts w:cs="Arial"/>
                <w:rtl/>
              </w:rPr>
              <w:t>يطلب</w:t>
            </w:r>
            <w:r>
              <w:t xml:space="preserve"> </w:t>
            </w:r>
            <w:r>
              <w:rPr>
                <w:rFonts w:cs="Arial"/>
                <w:rtl/>
              </w:rPr>
              <w:t>الصيام</w:t>
            </w:r>
            <w:r>
              <w:t xml:space="preserve"> </w:t>
            </w:r>
            <w:r>
              <w:rPr>
                <w:rFonts w:cs="Arial"/>
                <w:rtl/>
              </w:rPr>
              <w:t>في</w:t>
            </w:r>
            <w:r>
              <w:t xml:space="preserve"> </w:t>
            </w:r>
            <w:r>
              <w:rPr>
                <w:rFonts w:cs="Arial"/>
                <w:rtl/>
              </w:rPr>
              <w:t>بعض</w:t>
            </w:r>
            <w:r>
              <w:t xml:space="preserve"> </w:t>
            </w:r>
            <w:r>
              <w:rPr>
                <w:rFonts w:cs="Arial"/>
                <w:rtl/>
              </w:rPr>
              <w:t>الحالات</w:t>
            </w:r>
          </w:p>
        </w:tc>
        <w:tc>
          <w:tcPr>
            <w:tcW w:w="2556" w:type="dxa"/>
          </w:tcPr>
          <w:p w:rsidR="00034EF7" w:rsidRDefault="006F7592" w:rsidP="006F7592">
            <w:pPr>
              <w:bidi/>
            </w:pPr>
            <w:r>
              <w:rPr>
                <w:rFonts w:cs="Arial"/>
                <w:rtl/>
              </w:rPr>
              <w:t>اتبع</w:t>
            </w:r>
            <w:r>
              <w:t xml:space="preserve"> </w:t>
            </w:r>
            <w:r>
              <w:rPr>
                <w:rFonts w:cs="Arial"/>
                <w:rtl/>
              </w:rPr>
              <w:t>تعليمات</w:t>
            </w:r>
            <w:r>
              <w:t xml:space="preserve"> </w:t>
            </w:r>
            <w:r>
              <w:rPr>
                <w:rFonts w:cs="Arial"/>
                <w:rtl/>
              </w:rPr>
              <w:t>المختبر؛</w:t>
            </w:r>
            <w:r>
              <w:t xml:space="preserve"> </w:t>
            </w:r>
            <w:r>
              <w:rPr>
                <w:rFonts w:cs="Arial"/>
                <w:rtl/>
              </w:rPr>
              <w:t>الماء</w:t>
            </w:r>
            <w:r>
              <w:t xml:space="preserve"> </w:t>
            </w:r>
            <w:r>
              <w:rPr>
                <w:rFonts w:cs="Arial"/>
                <w:rtl/>
              </w:rPr>
              <w:t>عادة</w:t>
            </w:r>
            <w:r>
              <w:t xml:space="preserve"> </w:t>
            </w:r>
            <w:r>
              <w:rPr>
                <w:rFonts w:cs="Arial"/>
                <w:rtl/>
              </w:rPr>
              <w:t>مسموح</w:t>
            </w:r>
            <w:r>
              <w:t xml:space="preserve"> </w:t>
            </w:r>
            <w:r>
              <w:rPr>
                <w:rFonts w:cs="Arial"/>
                <w:rtl/>
              </w:rPr>
              <w:t>عند</w:t>
            </w:r>
            <w:r>
              <w:t xml:space="preserve"> </w:t>
            </w:r>
            <w:r>
              <w:rPr>
                <w:rFonts w:cs="Arial"/>
                <w:rtl/>
              </w:rPr>
              <w:t>طلب</w:t>
            </w:r>
            <w:r>
              <w:t xml:space="preserve"> </w:t>
            </w:r>
            <w:r>
              <w:rPr>
                <w:rFonts w:cs="Arial"/>
                <w:rtl/>
              </w:rPr>
              <w:t>الصيام</w:t>
            </w:r>
          </w:p>
        </w:tc>
        <w:tc>
          <w:tcPr>
            <w:tcW w:w="2556" w:type="dxa"/>
          </w:tcPr>
          <w:p w:rsidR="00034EF7" w:rsidRDefault="006F7592" w:rsidP="006F7592">
            <w:pPr>
              <w:bidi/>
            </w:pPr>
            <w:r>
              <w:rPr>
                <w:rFonts w:cs="Arial"/>
                <w:rtl/>
              </w:rPr>
              <w:t>تقييم</w:t>
            </w:r>
            <w:r>
              <w:t xml:space="preserve"> </w:t>
            </w:r>
            <w:r>
              <w:rPr>
                <w:rFonts w:cs="Arial"/>
                <w:rtl/>
              </w:rPr>
              <w:t>الدهون</w:t>
            </w:r>
            <w:r>
              <w:t xml:space="preserve"> </w:t>
            </w:r>
            <w:r>
              <w:rPr>
                <w:rFonts w:cs="Arial"/>
                <w:rtl/>
              </w:rPr>
              <w:t>وعوامل</w:t>
            </w:r>
            <w:r>
              <w:t xml:space="preserve"> </w:t>
            </w:r>
            <w:r>
              <w:rPr>
                <w:rFonts w:cs="Arial"/>
                <w:rtl/>
              </w:rPr>
              <w:t>الخطورة</w:t>
            </w:r>
            <w:r>
              <w:t xml:space="preserve"> </w:t>
            </w:r>
            <w:r>
              <w:rPr>
                <w:rFonts w:cs="Arial"/>
                <w:rtl/>
              </w:rPr>
              <w:t>القلبية</w:t>
            </w:r>
          </w:p>
        </w:tc>
      </w:tr>
      <w:tr w:rsidR="00034EF7">
        <w:trPr>
          <w:jc w:val="center"/>
        </w:trPr>
        <w:tc>
          <w:tcPr>
            <w:tcW w:w="2556" w:type="dxa"/>
          </w:tcPr>
          <w:p w:rsidR="00034EF7" w:rsidRDefault="006F7592" w:rsidP="006F7592">
            <w:pPr>
              <w:bidi/>
            </w:pPr>
            <w:r>
              <w:t>Fasting Plasma Glucose</w:t>
            </w:r>
          </w:p>
        </w:tc>
        <w:tc>
          <w:tcPr>
            <w:tcW w:w="2556" w:type="dxa"/>
          </w:tcPr>
          <w:p w:rsidR="00034EF7" w:rsidRDefault="006F7592" w:rsidP="006F7592">
            <w:pPr>
              <w:bidi/>
            </w:pPr>
            <w:r>
              <w:rPr>
                <w:rFonts w:cs="Arial"/>
                <w:rtl/>
              </w:rPr>
              <w:t>نعم</w:t>
            </w:r>
          </w:p>
        </w:tc>
        <w:tc>
          <w:tcPr>
            <w:tcW w:w="2556" w:type="dxa"/>
          </w:tcPr>
          <w:p w:rsidR="00034EF7" w:rsidRDefault="006F7592" w:rsidP="006F7592">
            <w:pPr>
              <w:bidi/>
            </w:pPr>
            <w:r>
              <w:rPr>
                <w:rFonts w:cs="Arial"/>
                <w:rtl/>
              </w:rPr>
              <w:t>صيام</w:t>
            </w:r>
            <w:r>
              <w:t xml:space="preserve"> ≥8 </w:t>
            </w:r>
            <w:r>
              <w:rPr>
                <w:rFonts w:cs="Arial"/>
                <w:rtl/>
              </w:rPr>
              <w:t>ساعات</w:t>
            </w:r>
            <w:r>
              <w:t xml:space="preserve"> </w:t>
            </w:r>
            <w:r>
              <w:rPr>
                <w:rFonts w:cs="Arial"/>
                <w:rtl/>
              </w:rPr>
              <w:t>دون</w:t>
            </w:r>
            <w:r>
              <w:t xml:space="preserve"> </w:t>
            </w:r>
            <w:r>
              <w:rPr>
                <w:rFonts w:cs="Arial"/>
                <w:rtl/>
              </w:rPr>
              <w:t>سعرات</w:t>
            </w:r>
            <w:r>
              <w:t xml:space="preserve"> </w:t>
            </w:r>
            <w:r>
              <w:rPr>
                <w:rFonts w:cs="Arial"/>
                <w:rtl/>
              </w:rPr>
              <w:t>حرارية</w:t>
            </w:r>
          </w:p>
        </w:tc>
        <w:tc>
          <w:tcPr>
            <w:tcW w:w="2556" w:type="dxa"/>
          </w:tcPr>
          <w:p w:rsidR="00034EF7" w:rsidRDefault="006F7592" w:rsidP="006F7592">
            <w:pPr>
              <w:bidi/>
            </w:pPr>
            <w:r>
              <w:rPr>
                <w:rFonts w:cs="Arial"/>
                <w:rtl/>
              </w:rPr>
              <w:t>تقييم</w:t>
            </w:r>
            <w:r>
              <w:t xml:space="preserve"> </w:t>
            </w:r>
            <w:r>
              <w:rPr>
                <w:rFonts w:cs="Arial"/>
                <w:rtl/>
              </w:rPr>
              <w:t>وتشخيص</w:t>
            </w:r>
            <w:r>
              <w:t xml:space="preserve"> </w:t>
            </w:r>
            <w:r>
              <w:rPr>
                <w:rFonts w:cs="Arial"/>
                <w:rtl/>
              </w:rPr>
              <w:t>اضطرابات</w:t>
            </w:r>
            <w:r>
              <w:t xml:space="preserve"> </w:t>
            </w:r>
            <w:r>
              <w:rPr>
                <w:rFonts w:cs="Arial"/>
                <w:rtl/>
              </w:rPr>
              <w:t>سكر</w:t>
            </w:r>
            <w:r>
              <w:t xml:space="preserve"> </w:t>
            </w:r>
            <w:r>
              <w:rPr>
                <w:rFonts w:cs="Arial"/>
                <w:rtl/>
              </w:rPr>
              <w:t>الدم</w:t>
            </w:r>
          </w:p>
        </w:tc>
      </w:tr>
      <w:tr w:rsidR="00034EF7">
        <w:trPr>
          <w:jc w:val="center"/>
        </w:trPr>
        <w:tc>
          <w:tcPr>
            <w:tcW w:w="2556" w:type="dxa"/>
          </w:tcPr>
          <w:p w:rsidR="00034EF7" w:rsidRDefault="006F7592" w:rsidP="006F7592">
            <w:pPr>
              <w:bidi/>
            </w:pPr>
            <w:r>
              <w:t>HbA1c</w:t>
            </w:r>
          </w:p>
        </w:tc>
        <w:tc>
          <w:tcPr>
            <w:tcW w:w="2556" w:type="dxa"/>
          </w:tcPr>
          <w:p w:rsidR="00034EF7" w:rsidRDefault="006F7592" w:rsidP="006F7592">
            <w:pPr>
              <w:bidi/>
            </w:pPr>
            <w:r>
              <w:rPr>
                <w:rFonts w:cs="Arial"/>
                <w:rtl/>
              </w:rPr>
              <w:t>لا</w:t>
            </w:r>
          </w:p>
        </w:tc>
        <w:tc>
          <w:tcPr>
            <w:tcW w:w="2556" w:type="dxa"/>
          </w:tcPr>
          <w:p w:rsidR="00034EF7" w:rsidRDefault="006F7592" w:rsidP="006F7592">
            <w:pPr>
              <w:bidi/>
            </w:pPr>
            <w:r>
              <w:rPr>
                <w:rFonts w:cs="Arial"/>
                <w:rtl/>
              </w:rPr>
              <w:t>لا</w:t>
            </w:r>
            <w:r>
              <w:t xml:space="preserve"> </w:t>
            </w:r>
            <w:r>
              <w:rPr>
                <w:rFonts w:cs="Arial"/>
                <w:rtl/>
              </w:rPr>
              <w:t>يحتاج</w:t>
            </w:r>
            <w:r>
              <w:t xml:space="preserve"> </w:t>
            </w:r>
            <w:r>
              <w:rPr>
                <w:rFonts w:cs="Arial"/>
                <w:rtl/>
              </w:rPr>
              <w:t>صيامًا</w:t>
            </w:r>
          </w:p>
        </w:tc>
        <w:tc>
          <w:tcPr>
            <w:tcW w:w="2556" w:type="dxa"/>
          </w:tcPr>
          <w:p w:rsidR="00034EF7" w:rsidRDefault="006F7592" w:rsidP="006F7592">
            <w:pPr>
              <w:bidi/>
            </w:pPr>
            <w:r>
              <w:rPr>
                <w:rFonts w:cs="Arial"/>
                <w:rtl/>
              </w:rPr>
              <w:t>تشخيص</w:t>
            </w:r>
            <w:r>
              <w:t xml:space="preserve"> </w:t>
            </w:r>
            <w:r>
              <w:rPr>
                <w:rFonts w:cs="Arial"/>
                <w:rtl/>
              </w:rPr>
              <w:t>ومتابعة</w:t>
            </w:r>
            <w:r>
              <w:t xml:space="preserve"> </w:t>
            </w:r>
            <w:r>
              <w:rPr>
                <w:rFonts w:cs="Arial"/>
                <w:rtl/>
              </w:rPr>
              <w:t>السكري</w:t>
            </w:r>
          </w:p>
        </w:tc>
      </w:tr>
      <w:tr w:rsidR="00034EF7">
        <w:trPr>
          <w:jc w:val="center"/>
        </w:trPr>
        <w:tc>
          <w:tcPr>
            <w:tcW w:w="2556" w:type="dxa"/>
          </w:tcPr>
          <w:p w:rsidR="00034EF7" w:rsidRDefault="006F7592" w:rsidP="006F7592">
            <w:pPr>
              <w:bidi/>
            </w:pPr>
            <w:r>
              <w:t>Creatinine / eGFR</w:t>
            </w:r>
          </w:p>
        </w:tc>
        <w:tc>
          <w:tcPr>
            <w:tcW w:w="2556" w:type="dxa"/>
          </w:tcPr>
          <w:p w:rsidR="00034EF7" w:rsidRDefault="006F7592" w:rsidP="006F7592">
            <w:pPr>
              <w:bidi/>
            </w:pPr>
            <w:r>
              <w:rPr>
                <w:rFonts w:cs="Arial"/>
                <w:rtl/>
              </w:rPr>
              <w:t>غالبًا</w:t>
            </w:r>
            <w:r>
              <w:t xml:space="preserve"> </w:t>
            </w:r>
            <w:r>
              <w:rPr>
                <w:rFonts w:cs="Arial"/>
                <w:rtl/>
              </w:rPr>
              <w:t>لا</w:t>
            </w:r>
          </w:p>
        </w:tc>
        <w:tc>
          <w:tcPr>
            <w:tcW w:w="2556" w:type="dxa"/>
          </w:tcPr>
          <w:p w:rsidR="00034EF7" w:rsidRDefault="006F7592" w:rsidP="006F7592">
            <w:pPr>
              <w:bidi/>
            </w:pPr>
            <w:r>
              <w:rPr>
                <w:rFonts w:cs="Arial"/>
                <w:rtl/>
              </w:rPr>
              <w:t>حسب</w:t>
            </w:r>
            <w:r>
              <w:t xml:space="preserve"> </w:t>
            </w:r>
            <w:r>
              <w:rPr>
                <w:rFonts w:cs="Arial"/>
                <w:rtl/>
              </w:rPr>
              <w:t>الفحوصات</w:t>
            </w:r>
            <w:r>
              <w:t xml:space="preserve"> </w:t>
            </w:r>
            <w:r>
              <w:rPr>
                <w:rFonts w:cs="Arial"/>
                <w:rtl/>
              </w:rPr>
              <w:t>المصاحبة</w:t>
            </w:r>
          </w:p>
        </w:tc>
        <w:tc>
          <w:tcPr>
            <w:tcW w:w="2556" w:type="dxa"/>
          </w:tcPr>
          <w:p w:rsidR="00034EF7" w:rsidRDefault="006F7592" w:rsidP="006F7592">
            <w:pPr>
              <w:bidi/>
            </w:pPr>
            <w:r>
              <w:rPr>
                <w:rFonts w:cs="Arial"/>
                <w:rtl/>
              </w:rPr>
              <w:t>تقييم</w:t>
            </w:r>
            <w:r>
              <w:t xml:space="preserve"> </w:t>
            </w:r>
            <w:r>
              <w:rPr>
                <w:rFonts w:cs="Arial"/>
                <w:rtl/>
              </w:rPr>
              <w:t>وظائف</w:t>
            </w:r>
            <w:r>
              <w:t xml:space="preserve"> </w:t>
            </w:r>
            <w:r>
              <w:rPr>
                <w:rFonts w:cs="Arial"/>
                <w:rtl/>
              </w:rPr>
              <w:t>الكلى</w:t>
            </w:r>
          </w:p>
        </w:tc>
      </w:tr>
      <w:tr w:rsidR="00034EF7">
        <w:trPr>
          <w:jc w:val="center"/>
        </w:trPr>
        <w:tc>
          <w:tcPr>
            <w:tcW w:w="2556" w:type="dxa"/>
          </w:tcPr>
          <w:p w:rsidR="00034EF7" w:rsidRDefault="006F7592" w:rsidP="006F7592">
            <w:pPr>
              <w:bidi/>
            </w:pPr>
            <w:r>
              <w:t>CBC</w:t>
            </w:r>
          </w:p>
        </w:tc>
        <w:tc>
          <w:tcPr>
            <w:tcW w:w="2556" w:type="dxa"/>
          </w:tcPr>
          <w:p w:rsidR="00034EF7" w:rsidRDefault="006F7592" w:rsidP="006F7592">
            <w:pPr>
              <w:bidi/>
            </w:pPr>
            <w:r>
              <w:rPr>
                <w:rFonts w:cs="Arial"/>
                <w:rtl/>
              </w:rPr>
              <w:t>عادة</w:t>
            </w:r>
            <w:r>
              <w:t xml:space="preserve"> </w:t>
            </w:r>
            <w:r>
              <w:rPr>
                <w:rFonts w:cs="Arial"/>
                <w:rtl/>
              </w:rPr>
              <w:t>لا</w:t>
            </w:r>
          </w:p>
        </w:tc>
        <w:tc>
          <w:tcPr>
            <w:tcW w:w="2556" w:type="dxa"/>
          </w:tcPr>
          <w:p w:rsidR="00034EF7" w:rsidRDefault="006F7592" w:rsidP="006F7592">
            <w:pPr>
              <w:bidi/>
            </w:pPr>
            <w:r>
              <w:rPr>
                <w:rFonts w:cs="Arial"/>
                <w:rtl/>
              </w:rPr>
              <w:t>لا</w:t>
            </w:r>
            <w:r>
              <w:t xml:space="preserve"> </w:t>
            </w:r>
            <w:r>
              <w:rPr>
                <w:rFonts w:cs="Arial"/>
                <w:rtl/>
              </w:rPr>
              <w:t>يحتاج</w:t>
            </w:r>
            <w:r>
              <w:t xml:space="preserve"> </w:t>
            </w:r>
            <w:r>
              <w:rPr>
                <w:rFonts w:cs="Arial"/>
                <w:rtl/>
              </w:rPr>
              <w:t>تحضيرًا</w:t>
            </w:r>
            <w:r>
              <w:t xml:space="preserve"> </w:t>
            </w:r>
            <w:r>
              <w:rPr>
                <w:rFonts w:cs="Arial"/>
                <w:rtl/>
              </w:rPr>
              <w:t>خاصًا</w:t>
            </w:r>
            <w:r>
              <w:t xml:space="preserve"> </w:t>
            </w:r>
            <w:r>
              <w:rPr>
                <w:rFonts w:cs="Arial"/>
                <w:rtl/>
              </w:rPr>
              <w:t>غالبًا</w:t>
            </w:r>
          </w:p>
        </w:tc>
        <w:tc>
          <w:tcPr>
            <w:tcW w:w="2556" w:type="dxa"/>
          </w:tcPr>
          <w:p w:rsidR="00034EF7" w:rsidRDefault="006F7592" w:rsidP="006F7592">
            <w:pPr>
              <w:bidi/>
            </w:pPr>
            <w:r>
              <w:rPr>
                <w:rFonts w:cs="Arial"/>
                <w:rtl/>
              </w:rPr>
              <w:t>تقييم</w:t>
            </w:r>
            <w:r>
              <w:t xml:space="preserve"> </w:t>
            </w:r>
            <w:r>
              <w:rPr>
                <w:rFonts w:cs="Arial"/>
                <w:rtl/>
              </w:rPr>
              <w:t>مكونات</w:t>
            </w:r>
            <w:r>
              <w:t xml:space="preserve"> </w:t>
            </w:r>
            <w:r>
              <w:rPr>
                <w:rFonts w:cs="Arial"/>
                <w:rtl/>
              </w:rPr>
              <w:t>الدم</w:t>
            </w:r>
          </w:p>
        </w:tc>
      </w:tr>
    </w:tbl>
    <w:p w:rsidR="00034EF7" w:rsidRDefault="006F7592" w:rsidP="006F7592">
      <w:pPr>
        <w:pStyle w:val="Heading1"/>
        <w:bidi/>
      </w:pPr>
      <w:r>
        <w:rPr>
          <w:rFonts w:ascii="Arial" w:hAnsi="Arial"/>
          <w:color w:val="781423"/>
          <w:sz w:val="34"/>
        </w:rPr>
        <w:t xml:space="preserve">10. </w:t>
      </w:r>
      <w:r>
        <w:rPr>
          <w:rFonts w:ascii="Arial" w:hAnsi="Arial" w:cs="Arial"/>
          <w:color w:val="781423"/>
          <w:sz w:val="34"/>
          <w:szCs w:val="34"/>
          <w:rtl/>
        </w:rPr>
        <w:t>رسالة</w:t>
      </w:r>
      <w:r>
        <w:rPr>
          <w:rFonts w:ascii="Arial" w:hAnsi="Arial"/>
          <w:color w:val="781423"/>
          <w:sz w:val="34"/>
        </w:rPr>
        <w:t xml:space="preserve"> </w:t>
      </w:r>
      <w:r>
        <w:rPr>
          <w:rFonts w:ascii="Arial" w:hAnsi="Arial" w:cs="Arial"/>
          <w:color w:val="781423"/>
          <w:sz w:val="34"/>
          <w:szCs w:val="34"/>
          <w:rtl/>
        </w:rPr>
        <w:t>توعوية</w:t>
      </w:r>
      <w:r>
        <w:rPr>
          <w:rFonts w:ascii="Arial" w:hAnsi="Arial"/>
          <w:color w:val="781423"/>
          <w:sz w:val="34"/>
        </w:rPr>
        <w:t xml:space="preserve"> </w:t>
      </w:r>
      <w:r>
        <w:rPr>
          <w:rFonts w:ascii="Arial" w:hAnsi="Arial" w:cs="Arial"/>
          <w:color w:val="781423"/>
          <w:sz w:val="34"/>
          <w:szCs w:val="34"/>
          <w:rtl/>
        </w:rPr>
        <w:t>للمريض</w:t>
      </w:r>
    </w:p>
    <w:p w:rsidR="00034EF7" w:rsidRDefault="006F7592" w:rsidP="006F7592">
      <w:pPr>
        <w:bidi/>
        <w:rPr>
          <w:rtl/>
        </w:rPr>
      </w:pPr>
      <w:r>
        <w:rPr>
          <w:rFonts w:cs="Arial"/>
          <w:rtl/>
        </w:rPr>
        <w:t>قد</w:t>
      </w:r>
      <w:r>
        <w:t xml:space="preserve"> </w:t>
      </w:r>
      <w:r>
        <w:rPr>
          <w:rFonts w:cs="Arial"/>
          <w:rtl/>
        </w:rPr>
        <w:t>لا</w:t>
      </w:r>
      <w:r>
        <w:t xml:space="preserve"> </w:t>
      </w:r>
      <w:r>
        <w:rPr>
          <w:rFonts w:cs="Arial"/>
          <w:rtl/>
        </w:rPr>
        <w:t>تسبب</w:t>
      </w:r>
      <w:r>
        <w:t xml:space="preserve"> </w:t>
      </w:r>
      <w:r>
        <w:rPr>
          <w:rFonts w:cs="Arial"/>
          <w:rtl/>
        </w:rPr>
        <w:t>عوامل</w:t>
      </w:r>
      <w:r>
        <w:t xml:space="preserve"> </w:t>
      </w:r>
      <w:r>
        <w:rPr>
          <w:rFonts w:cs="Arial"/>
          <w:rtl/>
        </w:rPr>
        <w:t>الخطورة</w:t>
      </w:r>
      <w:r>
        <w:t xml:space="preserve"> </w:t>
      </w:r>
      <w:r>
        <w:rPr>
          <w:rFonts w:cs="Arial"/>
          <w:rtl/>
        </w:rPr>
        <w:t>المرتبطة</w:t>
      </w:r>
      <w:r>
        <w:t xml:space="preserve"> </w:t>
      </w:r>
      <w:r>
        <w:rPr>
          <w:rFonts w:cs="Arial"/>
          <w:rtl/>
        </w:rPr>
        <w:t>بالأمراض</w:t>
      </w:r>
      <w:r>
        <w:t xml:space="preserve"> </w:t>
      </w:r>
      <w:r>
        <w:rPr>
          <w:rFonts w:cs="Arial"/>
          <w:rtl/>
        </w:rPr>
        <w:t>غير</w:t>
      </w:r>
      <w:r>
        <w:t xml:space="preserve"> </w:t>
      </w:r>
      <w:r>
        <w:rPr>
          <w:rFonts w:cs="Arial"/>
          <w:rtl/>
        </w:rPr>
        <w:t>السارية</w:t>
      </w:r>
      <w:r>
        <w:t xml:space="preserve"> </w:t>
      </w:r>
      <w:r>
        <w:rPr>
          <w:rFonts w:cs="Arial"/>
          <w:rtl/>
        </w:rPr>
        <w:t>أعراضًا</w:t>
      </w:r>
      <w:r>
        <w:t xml:space="preserve"> </w:t>
      </w:r>
      <w:r>
        <w:rPr>
          <w:rFonts w:cs="Arial"/>
          <w:rtl/>
        </w:rPr>
        <w:t>واضحة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مراحلها</w:t>
      </w:r>
      <w:r>
        <w:t xml:space="preserve"> </w:t>
      </w:r>
      <w:r>
        <w:rPr>
          <w:rFonts w:cs="Arial"/>
          <w:rtl/>
        </w:rPr>
        <w:t>الأولى</w:t>
      </w:r>
      <w:r>
        <w:t xml:space="preserve">. </w:t>
      </w:r>
      <w:r>
        <w:rPr>
          <w:rFonts w:cs="Arial"/>
          <w:rtl/>
        </w:rPr>
        <w:t>لذلك</w:t>
      </w:r>
      <w:r>
        <w:t xml:space="preserve"> </w:t>
      </w:r>
      <w:r>
        <w:rPr>
          <w:rFonts w:cs="Arial"/>
          <w:rtl/>
        </w:rPr>
        <w:t>فإن</w:t>
      </w:r>
      <w:r>
        <w:t xml:space="preserve"> </w:t>
      </w:r>
      <w:r>
        <w:rPr>
          <w:rFonts w:cs="Arial"/>
          <w:rtl/>
        </w:rPr>
        <w:t>الفحص</w:t>
      </w:r>
      <w:r>
        <w:t xml:space="preserve"> </w:t>
      </w:r>
      <w:r>
        <w:rPr>
          <w:rFonts w:cs="Arial"/>
          <w:rtl/>
        </w:rPr>
        <w:t>المناسب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الوقت</w:t>
      </w:r>
      <w:r>
        <w:t xml:space="preserve"> </w:t>
      </w:r>
      <w:r>
        <w:rPr>
          <w:rFonts w:cs="Arial"/>
          <w:rtl/>
        </w:rPr>
        <w:t>المناسب،</w:t>
      </w:r>
      <w:r>
        <w:t xml:space="preserve"> </w:t>
      </w:r>
      <w:r>
        <w:rPr>
          <w:rFonts w:cs="Arial"/>
          <w:rtl/>
        </w:rPr>
        <w:t>ومعرفة</w:t>
      </w:r>
      <w:r>
        <w:t xml:space="preserve"> </w:t>
      </w:r>
      <w:r>
        <w:rPr>
          <w:rFonts w:cs="Arial"/>
          <w:rtl/>
        </w:rPr>
        <w:t>نتائجك،</w:t>
      </w:r>
      <w:r>
        <w:t xml:space="preserve"> </w:t>
      </w:r>
      <w:r>
        <w:rPr>
          <w:rFonts w:cs="Arial"/>
          <w:rtl/>
        </w:rPr>
        <w:t>ومناقشتها</w:t>
      </w:r>
      <w:r>
        <w:t xml:space="preserve"> </w:t>
      </w:r>
      <w:r>
        <w:rPr>
          <w:rFonts w:cs="Arial"/>
          <w:rtl/>
        </w:rPr>
        <w:t>مع</w:t>
      </w:r>
      <w:r>
        <w:t xml:space="preserve"> </w:t>
      </w:r>
      <w:r>
        <w:rPr>
          <w:rFonts w:cs="Arial"/>
          <w:rtl/>
        </w:rPr>
        <w:t>الطبيب،</w:t>
      </w:r>
      <w:r>
        <w:t xml:space="preserve"> </w:t>
      </w:r>
      <w:r>
        <w:rPr>
          <w:rFonts w:cs="Arial"/>
          <w:rtl/>
        </w:rPr>
        <w:t>يمكن</w:t>
      </w:r>
      <w:r>
        <w:t xml:space="preserve"> </w:t>
      </w:r>
      <w:r>
        <w:rPr>
          <w:rFonts w:cs="Arial"/>
          <w:rtl/>
        </w:rPr>
        <w:t>أن</w:t>
      </w:r>
      <w:r>
        <w:t xml:space="preserve"> </w:t>
      </w:r>
      <w:r>
        <w:rPr>
          <w:rFonts w:cs="Arial"/>
          <w:rtl/>
        </w:rPr>
        <w:t>يساعد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الكشف</w:t>
      </w:r>
      <w:r>
        <w:t xml:space="preserve"> </w:t>
      </w:r>
      <w:r>
        <w:rPr>
          <w:rFonts w:cs="Arial"/>
          <w:rtl/>
        </w:rPr>
        <w:t>المبكر</w:t>
      </w:r>
      <w:r>
        <w:t xml:space="preserve"> </w:t>
      </w:r>
      <w:r>
        <w:rPr>
          <w:rFonts w:cs="Arial"/>
          <w:rtl/>
        </w:rPr>
        <w:t>والمتابعة</w:t>
      </w:r>
      <w:r>
        <w:t xml:space="preserve"> </w:t>
      </w:r>
      <w:r>
        <w:rPr>
          <w:rFonts w:cs="Arial"/>
          <w:rtl/>
        </w:rPr>
        <w:t>والوقاية</w:t>
      </w:r>
      <w:r>
        <w:t>.</w:t>
      </w:r>
    </w:p>
    <w:p w:rsidR="00D54DBE" w:rsidRDefault="00D54DBE" w:rsidP="00D54DBE">
      <w:pPr>
        <w:jc w:val="right"/>
      </w:pPr>
      <w:r>
        <w:rPr>
          <w:rFonts w:cs="Arial"/>
          <w:b/>
          <w:bCs/>
          <w:sz w:val="30"/>
          <w:szCs w:val="30"/>
          <w:rtl/>
        </w:rPr>
        <w:t>فحوصات</w:t>
      </w:r>
      <w:r>
        <w:rPr>
          <w:b/>
          <w:sz w:val="30"/>
        </w:rPr>
        <w:t xml:space="preserve"> </w:t>
      </w:r>
      <w:r>
        <w:rPr>
          <w:rFonts w:cs="Arial"/>
          <w:b/>
          <w:bCs/>
          <w:sz w:val="30"/>
          <w:szCs w:val="30"/>
          <w:rtl/>
        </w:rPr>
        <w:t>التخثر</w:t>
      </w:r>
      <w:r>
        <w:rPr>
          <w:b/>
          <w:sz w:val="30"/>
        </w:rPr>
        <w:t xml:space="preserve"> (Coagulation Tests)</w:t>
      </w:r>
    </w:p>
    <w:p w:rsidR="00D54DBE" w:rsidRDefault="00D54DBE" w:rsidP="00D54DBE">
      <w:pPr>
        <w:jc w:val="right"/>
      </w:pPr>
      <w:r>
        <w:rPr>
          <w:rFonts w:cs="Arial"/>
          <w:rtl/>
        </w:rPr>
        <w:t>تساعد</w:t>
      </w:r>
      <w:r>
        <w:t xml:space="preserve"> </w:t>
      </w:r>
      <w:r>
        <w:rPr>
          <w:rFonts w:cs="Arial"/>
          <w:rtl/>
        </w:rPr>
        <w:t>فحوصات</w:t>
      </w:r>
      <w:r>
        <w:t xml:space="preserve"> </w:t>
      </w:r>
      <w:r>
        <w:rPr>
          <w:rFonts w:cs="Arial"/>
          <w:rtl/>
        </w:rPr>
        <w:t>التخثر</w:t>
      </w:r>
      <w:r>
        <w:t xml:space="preserve"> </w:t>
      </w:r>
      <w:r>
        <w:rPr>
          <w:rFonts w:cs="Arial"/>
          <w:rtl/>
        </w:rPr>
        <w:t>على</w:t>
      </w:r>
      <w:r>
        <w:t xml:space="preserve"> </w:t>
      </w:r>
      <w:r>
        <w:rPr>
          <w:rFonts w:cs="Arial"/>
          <w:rtl/>
        </w:rPr>
        <w:t>تقييم</w:t>
      </w:r>
      <w:r>
        <w:t xml:space="preserve"> </w:t>
      </w:r>
      <w:r>
        <w:rPr>
          <w:rFonts w:cs="Arial"/>
          <w:rtl/>
        </w:rPr>
        <w:t>قدرة</w:t>
      </w:r>
      <w:r>
        <w:t xml:space="preserve"> </w:t>
      </w:r>
      <w:r>
        <w:rPr>
          <w:rFonts w:cs="Arial"/>
          <w:rtl/>
        </w:rPr>
        <w:t>الدم</w:t>
      </w:r>
      <w:r>
        <w:t xml:space="preserve"> </w:t>
      </w:r>
      <w:r>
        <w:rPr>
          <w:rFonts w:cs="Arial"/>
          <w:rtl/>
        </w:rPr>
        <w:t>على</w:t>
      </w:r>
      <w:r>
        <w:t xml:space="preserve"> </w:t>
      </w:r>
      <w:r>
        <w:rPr>
          <w:rFonts w:cs="Arial"/>
          <w:rtl/>
        </w:rPr>
        <w:t>تكوين</w:t>
      </w:r>
      <w:r>
        <w:t xml:space="preserve"> </w:t>
      </w:r>
      <w:r>
        <w:rPr>
          <w:rFonts w:cs="Arial"/>
          <w:rtl/>
        </w:rPr>
        <w:t>الخثرة</w:t>
      </w:r>
      <w:r>
        <w:t xml:space="preserve"> </w:t>
      </w:r>
      <w:r>
        <w:rPr>
          <w:rFonts w:cs="Arial"/>
          <w:rtl/>
        </w:rPr>
        <w:t>وإيقاف</w:t>
      </w:r>
      <w:r>
        <w:t xml:space="preserve"> </w:t>
      </w:r>
      <w:r>
        <w:rPr>
          <w:rFonts w:cs="Arial"/>
          <w:rtl/>
        </w:rPr>
        <w:t>النزيف،</w:t>
      </w:r>
      <w:r>
        <w:t xml:space="preserve"> </w:t>
      </w:r>
      <w:r>
        <w:rPr>
          <w:rFonts w:cs="Arial"/>
          <w:rtl/>
        </w:rPr>
        <w:t>كما</w:t>
      </w:r>
      <w:r>
        <w:t xml:space="preserve"> </w:t>
      </w:r>
      <w:r>
        <w:rPr>
          <w:rFonts w:cs="Arial"/>
          <w:rtl/>
        </w:rPr>
        <w:t>تُستخدم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تقييم</w:t>
      </w:r>
      <w:r>
        <w:t xml:space="preserve"> </w:t>
      </w:r>
      <w:r>
        <w:rPr>
          <w:rFonts w:cs="Arial"/>
          <w:rtl/>
        </w:rPr>
        <w:t>اضطرابات</w:t>
      </w:r>
      <w:r>
        <w:t xml:space="preserve"> </w:t>
      </w:r>
      <w:r>
        <w:rPr>
          <w:rFonts w:cs="Arial"/>
          <w:rtl/>
        </w:rPr>
        <w:t>النزف</w:t>
      </w:r>
      <w:r>
        <w:t xml:space="preserve"> </w:t>
      </w:r>
      <w:r>
        <w:rPr>
          <w:rFonts w:cs="Arial"/>
          <w:rtl/>
        </w:rPr>
        <w:t>أو</w:t>
      </w:r>
      <w:r>
        <w:t xml:space="preserve"> </w:t>
      </w:r>
      <w:r>
        <w:rPr>
          <w:rFonts w:cs="Arial"/>
          <w:rtl/>
        </w:rPr>
        <w:t>زيادة</w:t>
      </w:r>
      <w:r>
        <w:t xml:space="preserve"> </w:t>
      </w:r>
      <w:r>
        <w:rPr>
          <w:rFonts w:cs="Arial"/>
          <w:rtl/>
        </w:rPr>
        <w:t>قابلية</w:t>
      </w:r>
      <w:r>
        <w:t xml:space="preserve"> </w:t>
      </w:r>
      <w:r>
        <w:rPr>
          <w:rFonts w:cs="Arial"/>
          <w:rtl/>
        </w:rPr>
        <w:t>التخثر،</w:t>
      </w:r>
      <w:r>
        <w:t xml:space="preserve"> </w:t>
      </w:r>
      <w:r>
        <w:rPr>
          <w:rFonts w:cs="Arial"/>
          <w:rtl/>
        </w:rPr>
        <w:t>ومتابعة</w:t>
      </w:r>
      <w:r>
        <w:t xml:space="preserve"> </w:t>
      </w:r>
      <w:r>
        <w:rPr>
          <w:rFonts w:cs="Arial"/>
          <w:rtl/>
        </w:rPr>
        <w:t>بعض</w:t>
      </w:r>
      <w:r>
        <w:t xml:space="preserve"> </w:t>
      </w:r>
      <w:r>
        <w:rPr>
          <w:rFonts w:cs="Arial"/>
          <w:rtl/>
        </w:rPr>
        <w:t>العلاجات</w:t>
      </w:r>
      <w:r>
        <w:t xml:space="preserve"> </w:t>
      </w:r>
      <w:r>
        <w:rPr>
          <w:rFonts w:cs="Arial"/>
          <w:rtl/>
        </w:rPr>
        <w:t>وتقييم</w:t>
      </w:r>
      <w:r>
        <w:t xml:space="preserve"> </w:t>
      </w:r>
      <w:r>
        <w:rPr>
          <w:rFonts w:cs="Arial"/>
          <w:rtl/>
        </w:rPr>
        <w:t>المرضى</w:t>
      </w:r>
      <w:r>
        <w:t xml:space="preserve"> </w:t>
      </w:r>
      <w:r>
        <w:rPr>
          <w:rFonts w:cs="Arial"/>
          <w:rtl/>
        </w:rPr>
        <w:t>قبل</w:t>
      </w:r>
      <w:r>
        <w:t xml:space="preserve"> </w:t>
      </w:r>
      <w:r>
        <w:rPr>
          <w:rFonts w:cs="Arial"/>
          <w:rtl/>
        </w:rPr>
        <w:t>بعض</w:t>
      </w:r>
      <w:r>
        <w:t xml:space="preserve"> </w:t>
      </w:r>
      <w:r>
        <w:rPr>
          <w:rFonts w:cs="Arial"/>
          <w:rtl/>
        </w:rPr>
        <w:t>الإجراءات</w:t>
      </w:r>
      <w:r>
        <w:t xml:space="preserve"> </w:t>
      </w:r>
      <w:r>
        <w:rPr>
          <w:rFonts w:cs="Arial"/>
          <w:rtl/>
        </w:rPr>
        <w:t>الطبية</w:t>
      </w:r>
      <w:r>
        <w:t xml:space="preserve"> </w:t>
      </w:r>
      <w:r>
        <w:rPr>
          <w:rFonts w:cs="Arial"/>
          <w:rtl/>
        </w:rPr>
        <w:t>وفقًا</w:t>
      </w:r>
      <w:r>
        <w:t xml:space="preserve"> </w:t>
      </w:r>
      <w:r>
        <w:rPr>
          <w:rFonts w:cs="Arial"/>
          <w:rtl/>
        </w:rPr>
        <w:t>للحالة</w:t>
      </w:r>
      <w:r>
        <w:t xml:space="preserve"> </w:t>
      </w:r>
      <w:r>
        <w:rPr>
          <w:rFonts w:cs="Arial"/>
          <w:rtl/>
        </w:rPr>
        <w:t>السريرية</w:t>
      </w:r>
      <w:r>
        <w:t>.</w:t>
      </w:r>
    </w:p>
    <w:p w:rsidR="00D54DBE" w:rsidRDefault="00D54DBE" w:rsidP="00D54DBE">
      <w:pPr>
        <w:jc w:val="right"/>
      </w:pPr>
      <w:r>
        <w:rPr>
          <w:rFonts w:cs="Arial"/>
          <w:b/>
          <w:bCs/>
          <w:sz w:val="24"/>
          <w:szCs w:val="24"/>
          <w:rtl/>
        </w:rPr>
        <w:t>أهم</w:t>
      </w:r>
      <w:r>
        <w:rPr>
          <w:b/>
          <w:sz w:val="24"/>
        </w:rPr>
        <w:t xml:space="preserve"> </w:t>
      </w:r>
      <w:r>
        <w:rPr>
          <w:rFonts w:cs="Arial"/>
          <w:b/>
          <w:bCs/>
          <w:sz w:val="24"/>
          <w:szCs w:val="24"/>
          <w:rtl/>
        </w:rPr>
        <w:t>الفحوصات</w:t>
      </w:r>
      <w:r>
        <w:rPr>
          <w:b/>
          <w:sz w:val="24"/>
        </w:rPr>
        <w:t>:</w:t>
      </w:r>
    </w:p>
    <w:p w:rsidR="00D54DBE" w:rsidRDefault="00D54DBE" w:rsidP="00D54DBE">
      <w:pPr>
        <w:jc w:val="right"/>
      </w:pPr>
      <w:r>
        <w:rPr>
          <w:sz w:val="21"/>
        </w:rPr>
        <w:t xml:space="preserve">• PT / </w:t>
      </w:r>
      <w:r>
        <w:rPr>
          <w:rFonts w:cs="Arial"/>
          <w:sz w:val="21"/>
          <w:szCs w:val="21"/>
          <w:rtl/>
        </w:rPr>
        <w:t>زمن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البروثرومبين</w:t>
      </w:r>
      <w:r>
        <w:rPr>
          <w:sz w:val="21"/>
        </w:rPr>
        <w:t xml:space="preserve">: </w:t>
      </w:r>
      <w:r>
        <w:rPr>
          <w:rFonts w:cs="Arial"/>
          <w:sz w:val="21"/>
          <w:szCs w:val="21"/>
          <w:rtl/>
        </w:rPr>
        <w:t>يقيس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جزءًا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من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مسار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التخثر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الخارجي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والمشترك،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ويُستخدم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مع</w:t>
      </w:r>
      <w:r>
        <w:rPr>
          <w:sz w:val="21"/>
        </w:rPr>
        <w:t xml:space="preserve"> INR </w:t>
      </w:r>
      <w:r>
        <w:rPr>
          <w:rFonts w:cs="Arial"/>
          <w:sz w:val="21"/>
          <w:szCs w:val="21"/>
          <w:rtl/>
        </w:rPr>
        <w:t>خصوصًا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في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تقييم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ومتابعة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العلاج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بمضادات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فيتامين</w:t>
      </w:r>
      <w:r>
        <w:rPr>
          <w:sz w:val="21"/>
        </w:rPr>
        <w:t xml:space="preserve"> K </w:t>
      </w:r>
      <w:r>
        <w:rPr>
          <w:rFonts w:cs="Arial"/>
          <w:sz w:val="21"/>
          <w:szCs w:val="21"/>
          <w:rtl/>
        </w:rPr>
        <w:t>مثل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الوارفارين،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وفقًا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لتقييم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الطبيب</w:t>
      </w:r>
      <w:r>
        <w:rPr>
          <w:sz w:val="21"/>
        </w:rPr>
        <w:t>.</w:t>
      </w:r>
      <w:r>
        <w:rPr>
          <w:sz w:val="21"/>
        </w:rPr>
        <w:br/>
        <w:t xml:space="preserve">• INR / </w:t>
      </w:r>
      <w:r>
        <w:rPr>
          <w:rFonts w:cs="Arial"/>
          <w:sz w:val="21"/>
          <w:szCs w:val="21"/>
          <w:rtl/>
        </w:rPr>
        <w:t>النسبة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المعيارية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الدولية</w:t>
      </w:r>
      <w:r>
        <w:rPr>
          <w:sz w:val="21"/>
        </w:rPr>
        <w:t xml:space="preserve">: </w:t>
      </w:r>
      <w:r>
        <w:rPr>
          <w:rFonts w:cs="Arial"/>
          <w:sz w:val="21"/>
          <w:szCs w:val="21"/>
          <w:rtl/>
        </w:rPr>
        <w:t>طريقة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موحدة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للتعبير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عن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نتيجة</w:t>
      </w:r>
      <w:r>
        <w:rPr>
          <w:sz w:val="21"/>
        </w:rPr>
        <w:t xml:space="preserve"> PT</w:t>
      </w:r>
      <w:r>
        <w:rPr>
          <w:rFonts w:cs="Arial"/>
          <w:sz w:val="21"/>
          <w:szCs w:val="21"/>
          <w:rtl/>
        </w:rPr>
        <w:t>،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وتُفسر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حسب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سبب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طلب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الفحص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والحالة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السريرية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والعلاج</w:t>
      </w:r>
      <w:r>
        <w:rPr>
          <w:sz w:val="21"/>
        </w:rPr>
        <w:t>.</w:t>
      </w:r>
      <w:r>
        <w:rPr>
          <w:sz w:val="21"/>
        </w:rPr>
        <w:br/>
        <w:t xml:space="preserve">• </w:t>
      </w:r>
      <w:proofErr w:type="spellStart"/>
      <w:r>
        <w:rPr>
          <w:sz w:val="21"/>
        </w:rPr>
        <w:t>aPTT</w:t>
      </w:r>
      <w:proofErr w:type="spellEnd"/>
      <w:r>
        <w:rPr>
          <w:sz w:val="21"/>
        </w:rPr>
        <w:t xml:space="preserve"> / </w:t>
      </w:r>
      <w:r>
        <w:rPr>
          <w:rFonts w:cs="Arial"/>
          <w:sz w:val="21"/>
          <w:szCs w:val="21"/>
          <w:rtl/>
        </w:rPr>
        <w:t>زمن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الثرومبوبلاستين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الجزئي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المنشط</w:t>
      </w:r>
      <w:r>
        <w:rPr>
          <w:sz w:val="21"/>
        </w:rPr>
        <w:t xml:space="preserve">: </w:t>
      </w:r>
      <w:r>
        <w:rPr>
          <w:rFonts w:cs="Arial"/>
          <w:sz w:val="21"/>
          <w:szCs w:val="21"/>
          <w:rtl/>
        </w:rPr>
        <w:t>يُستخدم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لتقييم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المسار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الداخلي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والمشترك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من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منظومة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التخثر،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وقد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يُستخدم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في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تقييم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بعض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اضطرابات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عوامل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التخثر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أو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متابعة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الهيبارين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غير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المجزأ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حسب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البروتوكول</w:t>
      </w:r>
      <w:r>
        <w:rPr>
          <w:sz w:val="21"/>
        </w:rPr>
        <w:t>.</w:t>
      </w:r>
      <w:r>
        <w:rPr>
          <w:sz w:val="21"/>
        </w:rPr>
        <w:br/>
        <w:t xml:space="preserve">• Fibrinogen / </w:t>
      </w:r>
      <w:r>
        <w:rPr>
          <w:rFonts w:cs="Arial"/>
          <w:sz w:val="21"/>
          <w:szCs w:val="21"/>
          <w:rtl/>
        </w:rPr>
        <w:t>الفيبرينوجين</w:t>
      </w:r>
      <w:r>
        <w:rPr>
          <w:sz w:val="21"/>
        </w:rPr>
        <w:t xml:space="preserve">: </w:t>
      </w:r>
      <w:r>
        <w:rPr>
          <w:rFonts w:cs="Arial"/>
          <w:sz w:val="21"/>
          <w:szCs w:val="21"/>
          <w:rtl/>
        </w:rPr>
        <w:t>بروتين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أساسي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في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تكوين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الخثرة،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وقد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يُطلب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عند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تقييم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بعض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اضطرابات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النزف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أو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التخثر</w:t>
      </w:r>
      <w:r>
        <w:rPr>
          <w:sz w:val="21"/>
        </w:rPr>
        <w:t>.</w:t>
      </w:r>
    </w:p>
    <w:p w:rsidR="00D54DBE" w:rsidRDefault="00D54DBE" w:rsidP="00D54DBE">
      <w:pPr>
        <w:jc w:val="right"/>
      </w:pPr>
      <w:r>
        <w:rPr>
          <w:rFonts w:cs="Arial"/>
          <w:b/>
          <w:bCs/>
          <w:sz w:val="24"/>
          <w:szCs w:val="24"/>
          <w:rtl/>
        </w:rPr>
        <w:t>كيف</w:t>
      </w:r>
      <w:r>
        <w:rPr>
          <w:b/>
          <w:sz w:val="24"/>
        </w:rPr>
        <w:t xml:space="preserve"> </w:t>
      </w:r>
      <w:r>
        <w:rPr>
          <w:rFonts w:cs="Arial"/>
          <w:b/>
          <w:bCs/>
          <w:sz w:val="24"/>
          <w:szCs w:val="24"/>
          <w:rtl/>
        </w:rPr>
        <w:t>نحصل</w:t>
      </w:r>
      <w:r>
        <w:rPr>
          <w:b/>
          <w:sz w:val="24"/>
        </w:rPr>
        <w:t xml:space="preserve"> </w:t>
      </w:r>
      <w:r>
        <w:rPr>
          <w:rFonts w:cs="Arial"/>
          <w:b/>
          <w:bCs/>
          <w:sz w:val="24"/>
          <w:szCs w:val="24"/>
          <w:rtl/>
        </w:rPr>
        <w:t>على</w:t>
      </w:r>
      <w:r>
        <w:rPr>
          <w:b/>
          <w:sz w:val="24"/>
        </w:rPr>
        <w:t xml:space="preserve"> </w:t>
      </w:r>
      <w:r>
        <w:rPr>
          <w:rFonts w:cs="Arial"/>
          <w:b/>
          <w:bCs/>
          <w:sz w:val="24"/>
          <w:szCs w:val="24"/>
          <w:rtl/>
        </w:rPr>
        <w:t>عينة</w:t>
      </w:r>
      <w:r>
        <w:rPr>
          <w:b/>
          <w:sz w:val="24"/>
        </w:rPr>
        <w:t xml:space="preserve"> </w:t>
      </w:r>
      <w:r>
        <w:rPr>
          <w:rFonts w:cs="Arial"/>
          <w:b/>
          <w:bCs/>
          <w:sz w:val="24"/>
          <w:szCs w:val="24"/>
          <w:rtl/>
        </w:rPr>
        <w:t>مناسبة</w:t>
      </w:r>
      <w:r>
        <w:rPr>
          <w:b/>
          <w:sz w:val="24"/>
        </w:rPr>
        <w:t xml:space="preserve"> </w:t>
      </w:r>
      <w:r>
        <w:rPr>
          <w:rFonts w:cs="Arial"/>
          <w:b/>
          <w:bCs/>
          <w:sz w:val="24"/>
          <w:szCs w:val="24"/>
          <w:rtl/>
        </w:rPr>
        <w:t>لفحوصات</w:t>
      </w:r>
      <w:r>
        <w:rPr>
          <w:b/>
          <w:sz w:val="24"/>
        </w:rPr>
        <w:t xml:space="preserve"> </w:t>
      </w:r>
      <w:r>
        <w:rPr>
          <w:rFonts w:cs="Arial"/>
          <w:b/>
          <w:bCs/>
          <w:sz w:val="24"/>
          <w:szCs w:val="24"/>
          <w:rtl/>
        </w:rPr>
        <w:t>التخثر؟</w:t>
      </w:r>
    </w:p>
    <w:p w:rsidR="00D54DBE" w:rsidRDefault="00D54DBE" w:rsidP="00D54DBE">
      <w:pPr>
        <w:jc w:val="right"/>
        <w:rPr>
          <w:sz w:val="21"/>
          <w:rtl/>
        </w:rPr>
      </w:pPr>
      <w:r>
        <w:rPr>
          <w:rFonts w:cs="Arial"/>
          <w:sz w:val="21"/>
          <w:szCs w:val="21"/>
          <w:rtl/>
        </w:rPr>
        <w:t>تُجمع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عينات</w:t>
      </w:r>
      <w:r>
        <w:rPr>
          <w:sz w:val="21"/>
        </w:rPr>
        <w:t xml:space="preserve"> PT </w:t>
      </w:r>
      <w:r>
        <w:rPr>
          <w:rFonts w:cs="Arial"/>
          <w:sz w:val="21"/>
          <w:szCs w:val="21"/>
          <w:rtl/>
        </w:rPr>
        <w:t>و</w:t>
      </w:r>
      <w:r>
        <w:rPr>
          <w:sz w:val="21"/>
        </w:rPr>
        <w:t xml:space="preserve">INR </w:t>
      </w:r>
      <w:r>
        <w:rPr>
          <w:rFonts w:cs="Arial"/>
          <w:sz w:val="21"/>
          <w:szCs w:val="21"/>
          <w:rtl/>
        </w:rPr>
        <w:t>و</w:t>
      </w:r>
      <w:proofErr w:type="spellStart"/>
      <w:r>
        <w:rPr>
          <w:sz w:val="21"/>
        </w:rPr>
        <w:t>aPTT</w:t>
      </w:r>
      <w:proofErr w:type="spellEnd"/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عادةً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في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أنبوب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يحتوي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على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سترات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الصوديوم</w:t>
      </w:r>
      <w:r>
        <w:rPr>
          <w:sz w:val="21"/>
        </w:rPr>
        <w:t xml:space="preserve"> 3.2% (</w:t>
      </w:r>
      <w:r>
        <w:rPr>
          <w:rFonts w:cs="Arial"/>
          <w:sz w:val="21"/>
          <w:szCs w:val="21"/>
          <w:rtl/>
        </w:rPr>
        <w:t>أنبوب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أزرق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فاتح</w:t>
      </w:r>
      <w:r>
        <w:rPr>
          <w:sz w:val="21"/>
        </w:rPr>
        <w:t xml:space="preserve">). </w:t>
      </w:r>
      <w:r>
        <w:rPr>
          <w:rFonts w:cs="Arial"/>
          <w:sz w:val="21"/>
          <w:szCs w:val="21"/>
          <w:rtl/>
        </w:rPr>
        <w:t>يجب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أن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تكون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نسبة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الدم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إلى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السيترات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مناسبة</w:t>
      </w:r>
      <w:r>
        <w:rPr>
          <w:sz w:val="21"/>
        </w:rPr>
        <w:t xml:space="preserve"> (9:1)</w:t>
      </w:r>
      <w:r>
        <w:rPr>
          <w:rFonts w:cs="Arial"/>
          <w:sz w:val="21"/>
          <w:szCs w:val="21"/>
          <w:rtl/>
        </w:rPr>
        <w:t>،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وأن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يُملأ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الأنبوب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إلى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الحجم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المحدد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من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الشركة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المصنّعة</w:t>
      </w:r>
      <w:r>
        <w:rPr>
          <w:sz w:val="21"/>
        </w:rPr>
        <w:t>/</w:t>
      </w:r>
      <w:r>
        <w:rPr>
          <w:rFonts w:cs="Arial"/>
          <w:sz w:val="21"/>
          <w:szCs w:val="21"/>
          <w:rtl/>
        </w:rPr>
        <w:t>إجراء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المختبر</w:t>
      </w:r>
      <w:r>
        <w:rPr>
          <w:sz w:val="21"/>
        </w:rPr>
        <w:t xml:space="preserve">. </w:t>
      </w:r>
      <w:r>
        <w:rPr>
          <w:rFonts w:cs="Arial"/>
          <w:sz w:val="21"/>
          <w:szCs w:val="21"/>
          <w:rtl/>
        </w:rPr>
        <w:t>العينة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غير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الممتلئة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بالشكل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الكافي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قد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تؤثر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في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دقة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بعض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اختبارات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التخثر</w:t>
      </w:r>
      <w:r>
        <w:rPr>
          <w:sz w:val="21"/>
        </w:rPr>
        <w:t xml:space="preserve">. </w:t>
      </w:r>
      <w:r>
        <w:rPr>
          <w:rFonts w:cs="Arial"/>
          <w:sz w:val="21"/>
          <w:szCs w:val="21"/>
          <w:rtl/>
        </w:rPr>
        <w:t>كما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يجب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خلط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الأنبوب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بلطف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بعد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السحب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وفق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إجراء</w:t>
      </w:r>
      <w:r>
        <w:rPr>
          <w:sz w:val="21"/>
        </w:rPr>
        <w:t xml:space="preserve"> </w:t>
      </w:r>
    </w:p>
    <w:p w:rsidR="00D54DBE" w:rsidRPr="00D54DBE" w:rsidRDefault="00D54DBE" w:rsidP="00D54DBE">
      <w:pPr>
        <w:jc w:val="right"/>
        <w:rPr>
          <w:rFonts w:cs="Arial"/>
          <w:sz w:val="21"/>
          <w:szCs w:val="21"/>
        </w:rPr>
      </w:pPr>
      <w:r>
        <w:rPr>
          <w:rFonts w:cs="Arial"/>
          <w:sz w:val="21"/>
          <w:szCs w:val="21"/>
          <w:rtl/>
        </w:rPr>
        <w:lastRenderedPageBreak/>
        <w:t>المختبر،</w:t>
      </w:r>
      <w:r w:rsidRPr="00D54DBE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D54DBE">
        <w:rPr>
          <w:rFonts w:cs="Arial"/>
          <w:noProof/>
          <w:sz w:val="21"/>
          <w:szCs w:val="21"/>
          <w:rtl/>
        </w:rPr>
        <w:lastRenderedPageBreak/>
        <w:drawing>
          <wp:inline distT="0" distB="0" distL="0" distR="0">
            <wp:extent cx="6492240" cy="11541760"/>
            <wp:effectExtent l="0" t="0" r="3810" b="2540"/>
            <wp:docPr id="6" name="Picture 6" descr="C:\Users\s.alqatawneh\Downloads\IMG-20260910-WA0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.alqatawneh\Downloads\IMG-20260910-WA004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11541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1"/>
        </w:rPr>
        <w:lastRenderedPageBreak/>
        <w:t xml:space="preserve"> </w:t>
      </w:r>
      <w:r>
        <w:rPr>
          <w:rFonts w:cs="Arial"/>
          <w:sz w:val="21"/>
          <w:szCs w:val="21"/>
          <w:rtl/>
        </w:rPr>
        <w:t>وتجنب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التلوث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بمضادات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التخثر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الأخرى</w:t>
      </w:r>
      <w:r>
        <w:rPr>
          <w:sz w:val="21"/>
        </w:rPr>
        <w:t>.</w:t>
      </w:r>
    </w:p>
    <w:p w:rsidR="00D54DBE" w:rsidRDefault="00D54DBE" w:rsidP="00D54DBE">
      <w:pPr>
        <w:jc w:val="right"/>
      </w:pPr>
      <w:r>
        <w:rPr>
          <w:rFonts w:cs="Arial"/>
          <w:b/>
          <w:bCs/>
          <w:sz w:val="20"/>
          <w:szCs w:val="20"/>
          <w:rtl/>
        </w:rPr>
        <w:t>ملاحظة</w:t>
      </w:r>
      <w:r>
        <w:rPr>
          <w:b/>
          <w:sz w:val="20"/>
        </w:rPr>
        <w:t xml:space="preserve"> </w:t>
      </w:r>
      <w:r>
        <w:rPr>
          <w:rFonts w:cs="Arial"/>
          <w:b/>
          <w:bCs/>
          <w:sz w:val="20"/>
          <w:szCs w:val="20"/>
          <w:rtl/>
        </w:rPr>
        <w:t>مهمة</w:t>
      </w:r>
      <w:r>
        <w:rPr>
          <w:b/>
          <w:sz w:val="20"/>
        </w:rPr>
        <w:t xml:space="preserve">: </w:t>
      </w:r>
      <w:r>
        <w:rPr>
          <w:rFonts w:cs="Arial"/>
          <w:b/>
          <w:bCs/>
          <w:sz w:val="20"/>
          <w:szCs w:val="20"/>
          <w:rtl/>
        </w:rPr>
        <w:t>متطلبات</w:t>
      </w:r>
      <w:r>
        <w:rPr>
          <w:b/>
          <w:sz w:val="20"/>
        </w:rPr>
        <w:t xml:space="preserve"> </w:t>
      </w:r>
      <w:r>
        <w:rPr>
          <w:rFonts w:cs="Arial"/>
          <w:b/>
          <w:bCs/>
          <w:sz w:val="20"/>
          <w:szCs w:val="20"/>
          <w:rtl/>
        </w:rPr>
        <w:t>العينة</w:t>
      </w:r>
      <w:r>
        <w:rPr>
          <w:b/>
          <w:sz w:val="20"/>
        </w:rPr>
        <w:t xml:space="preserve"> </w:t>
      </w:r>
      <w:r>
        <w:rPr>
          <w:rFonts w:cs="Arial"/>
          <w:b/>
          <w:bCs/>
          <w:sz w:val="20"/>
          <w:szCs w:val="20"/>
          <w:rtl/>
        </w:rPr>
        <w:t>وزمن</w:t>
      </w:r>
      <w:r>
        <w:rPr>
          <w:b/>
          <w:sz w:val="20"/>
        </w:rPr>
        <w:t xml:space="preserve"> </w:t>
      </w:r>
      <w:r>
        <w:rPr>
          <w:rFonts w:cs="Arial"/>
          <w:b/>
          <w:bCs/>
          <w:sz w:val="20"/>
          <w:szCs w:val="20"/>
          <w:rtl/>
        </w:rPr>
        <w:t>النقل</w:t>
      </w:r>
      <w:r>
        <w:rPr>
          <w:b/>
          <w:sz w:val="20"/>
        </w:rPr>
        <w:t xml:space="preserve"> </w:t>
      </w:r>
      <w:r>
        <w:rPr>
          <w:rFonts w:cs="Arial"/>
          <w:b/>
          <w:bCs/>
          <w:sz w:val="20"/>
          <w:szCs w:val="20"/>
          <w:rtl/>
        </w:rPr>
        <w:t>وظروف</w:t>
      </w:r>
      <w:r>
        <w:rPr>
          <w:b/>
          <w:sz w:val="20"/>
        </w:rPr>
        <w:t xml:space="preserve"> </w:t>
      </w:r>
      <w:r>
        <w:rPr>
          <w:rFonts w:cs="Arial"/>
          <w:b/>
          <w:bCs/>
          <w:sz w:val="20"/>
          <w:szCs w:val="20"/>
          <w:rtl/>
        </w:rPr>
        <w:t>الحفظ</w:t>
      </w:r>
      <w:r>
        <w:rPr>
          <w:b/>
          <w:sz w:val="20"/>
        </w:rPr>
        <w:t xml:space="preserve"> </w:t>
      </w:r>
      <w:r>
        <w:rPr>
          <w:rFonts w:cs="Arial"/>
          <w:b/>
          <w:bCs/>
          <w:sz w:val="20"/>
          <w:szCs w:val="20"/>
          <w:rtl/>
        </w:rPr>
        <w:t>قد</w:t>
      </w:r>
      <w:r>
        <w:rPr>
          <w:b/>
          <w:sz w:val="20"/>
        </w:rPr>
        <w:t xml:space="preserve"> </w:t>
      </w:r>
      <w:r>
        <w:rPr>
          <w:rFonts w:cs="Arial"/>
          <w:b/>
          <w:bCs/>
          <w:sz w:val="20"/>
          <w:szCs w:val="20"/>
          <w:rtl/>
        </w:rPr>
        <w:t>تختلف</w:t>
      </w:r>
      <w:r>
        <w:rPr>
          <w:b/>
          <w:sz w:val="20"/>
        </w:rPr>
        <w:t xml:space="preserve"> </w:t>
      </w:r>
      <w:r>
        <w:rPr>
          <w:rFonts w:cs="Arial"/>
          <w:b/>
          <w:bCs/>
          <w:sz w:val="20"/>
          <w:szCs w:val="20"/>
          <w:rtl/>
        </w:rPr>
        <w:t>حسب</w:t>
      </w:r>
      <w:r>
        <w:rPr>
          <w:b/>
          <w:sz w:val="20"/>
        </w:rPr>
        <w:t xml:space="preserve"> </w:t>
      </w:r>
      <w:r>
        <w:rPr>
          <w:rFonts w:cs="Arial"/>
          <w:b/>
          <w:bCs/>
          <w:sz w:val="20"/>
          <w:szCs w:val="20"/>
          <w:rtl/>
        </w:rPr>
        <w:t>الفحص</w:t>
      </w:r>
      <w:r>
        <w:rPr>
          <w:b/>
          <w:sz w:val="20"/>
        </w:rPr>
        <w:t xml:space="preserve"> </w:t>
      </w:r>
      <w:r>
        <w:rPr>
          <w:rFonts w:cs="Arial"/>
          <w:b/>
          <w:bCs/>
          <w:sz w:val="20"/>
          <w:szCs w:val="20"/>
          <w:rtl/>
        </w:rPr>
        <w:t>والجهاز</w:t>
      </w:r>
      <w:r>
        <w:rPr>
          <w:b/>
          <w:sz w:val="20"/>
        </w:rPr>
        <w:t xml:space="preserve"> </w:t>
      </w:r>
      <w:r>
        <w:rPr>
          <w:rFonts w:cs="Arial"/>
          <w:b/>
          <w:bCs/>
          <w:sz w:val="20"/>
          <w:szCs w:val="20"/>
          <w:rtl/>
        </w:rPr>
        <w:t>والكواشف</w:t>
      </w:r>
      <w:r>
        <w:rPr>
          <w:b/>
          <w:sz w:val="20"/>
        </w:rPr>
        <w:t xml:space="preserve"> </w:t>
      </w:r>
      <w:r>
        <w:rPr>
          <w:rFonts w:cs="Arial"/>
          <w:b/>
          <w:bCs/>
          <w:sz w:val="20"/>
          <w:szCs w:val="20"/>
          <w:rtl/>
        </w:rPr>
        <w:t>وإجراءات</w:t>
      </w:r>
      <w:r>
        <w:rPr>
          <w:b/>
          <w:sz w:val="20"/>
        </w:rPr>
        <w:t xml:space="preserve"> </w:t>
      </w:r>
      <w:r>
        <w:rPr>
          <w:rFonts w:cs="Arial"/>
          <w:b/>
          <w:bCs/>
          <w:sz w:val="20"/>
          <w:szCs w:val="20"/>
          <w:rtl/>
        </w:rPr>
        <w:t>المختبر؛</w:t>
      </w:r>
      <w:r>
        <w:rPr>
          <w:b/>
          <w:sz w:val="20"/>
        </w:rPr>
        <w:t xml:space="preserve"> </w:t>
      </w:r>
      <w:r>
        <w:rPr>
          <w:rFonts w:cs="Arial"/>
          <w:b/>
          <w:bCs/>
          <w:sz w:val="20"/>
          <w:szCs w:val="20"/>
          <w:rtl/>
        </w:rPr>
        <w:t>لذلك</w:t>
      </w:r>
      <w:r>
        <w:rPr>
          <w:b/>
          <w:sz w:val="20"/>
        </w:rPr>
        <w:t xml:space="preserve"> </w:t>
      </w:r>
      <w:r>
        <w:rPr>
          <w:rFonts w:cs="Arial"/>
          <w:b/>
          <w:bCs/>
          <w:sz w:val="20"/>
          <w:szCs w:val="20"/>
          <w:rtl/>
        </w:rPr>
        <w:t>يجب</w:t>
      </w:r>
      <w:r>
        <w:rPr>
          <w:b/>
          <w:sz w:val="20"/>
        </w:rPr>
        <w:t xml:space="preserve"> </w:t>
      </w:r>
      <w:r>
        <w:rPr>
          <w:rFonts w:cs="Arial"/>
          <w:b/>
          <w:bCs/>
          <w:sz w:val="20"/>
          <w:szCs w:val="20"/>
          <w:rtl/>
        </w:rPr>
        <w:t>اتباع</w:t>
      </w:r>
      <w:r>
        <w:rPr>
          <w:b/>
          <w:sz w:val="20"/>
        </w:rPr>
        <w:t xml:space="preserve"> </w:t>
      </w:r>
      <w:r>
        <w:rPr>
          <w:rFonts w:cs="Arial"/>
          <w:b/>
          <w:bCs/>
          <w:sz w:val="20"/>
          <w:szCs w:val="20"/>
          <w:rtl/>
        </w:rPr>
        <w:t>تعليمات</w:t>
      </w:r>
      <w:r>
        <w:rPr>
          <w:b/>
          <w:sz w:val="20"/>
        </w:rPr>
        <w:t xml:space="preserve"> </w:t>
      </w:r>
      <w:r>
        <w:rPr>
          <w:rFonts w:cs="Arial"/>
          <w:b/>
          <w:bCs/>
          <w:sz w:val="20"/>
          <w:szCs w:val="20"/>
          <w:rtl/>
        </w:rPr>
        <w:t>المختبر</w:t>
      </w:r>
      <w:r>
        <w:rPr>
          <w:b/>
          <w:sz w:val="20"/>
        </w:rPr>
        <w:t xml:space="preserve"> </w:t>
      </w:r>
      <w:r>
        <w:rPr>
          <w:rFonts w:cs="Arial"/>
          <w:b/>
          <w:bCs/>
          <w:sz w:val="20"/>
          <w:szCs w:val="20"/>
          <w:rtl/>
        </w:rPr>
        <w:t>وتعليمات</w:t>
      </w:r>
      <w:r>
        <w:rPr>
          <w:b/>
          <w:sz w:val="20"/>
        </w:rPr>
        <w:t xml:space="preserve"> </w:t>
      </w:r>
      <w:r>
        <w:rPr>
          <w:rFonts w:cs="Arial"/>
          <w:b/>
          <w:bCs/>
          <w:sz w:val="20"/>
          <w:szCs w:val="20"/>
          <w:rtl/>
        </w:rPr>
        <w:t>الشركة</w:t>
      </w:r>
      <w:r>
        <w:rPr>
          <w:b/>
          <w:sz w:val="20"/>
        </w:rPr>
        <w:t xml:space="preserve"> </w:t>
      </w:r>
      <w:r>
        <w:rPr>
          <w:rFonts w:cs="Arial"/>
          <w:b/>
          <w:bCs/>
          <w:sz w:val="20"/>
          <w:szCs w:val="20"/>
          <w:rtl/>
        </w:rPr>
        <w:t>المصنّعة</w:t>
      </w:r>
      <w:r>
        <w:rPr>
          <w:b/>
          <w:sz w:val="20"/>
        </w:rPr>
        <w:t>.</w:t>
      </w:r>
    </w:p>
    <w:p w:rsidR="00D54DBE" w:rsidRDefault="00D54DBE" w:rsidP="00D54DBE">
      <w:pPr>
        <w:jc w:val="right"/>
      </w:pPr>
      <w:r>
        <w:rPr>
          <w:rFonts w:cs="Arial"/>
          <w:b/>
          <w:bCs/>
          <w:sz w:val="30"/>
          <w:szCs w:val="30"/>
          <w:rtl/>
        </w:rPr>
        <w:t>العينات</w:t>
      </w:r>
      <w:r>
        <w:rPr>
          <w:b/>
          <w:sz w:val="30"/>
        </w:rPr>
        <w:t xml:space="preserve"> </w:t>
      </w:r>
      <w:r>
        <w:rPr>
          <w:rFonts w:cs="Arial"/>
          <w:b/>
          <w:bCs/>
          <w:sz w:val="30"/>
          <w:szCs w:val="30"/>
          <w:rtl/>
        </w:rPr>
        <w:t>المرفوضة</w:t>
      </w:r>
      <w:r>
        <w:rPr>
          <w:b/>
          <w:sz w:val="30"/>
        </w:rPr>
        <w:t xml:space="preserve">: </w:t>
      </w:r>
      <w:r>
        <w:rPr>
          <w:rFonts w:cs="Arial"/>
          <w:b/>
          <w:bCs/>
          <w:sz w:val="30"/>
          <w:szCs w:val="30"/>
          <w:rtl/>
        </w:rPr>
        <w:t>لماذا</w:t>
      </w:r>
      <w:r>
        <w:rPr>
          <w:b/>
          <w:sz w:val="30"/>
        </w:rPr>
        <w:t xml:space="preserve"> </w:t>
      </w:r>
      <w:r>
        <w:rPr>
          <w:rFonts w:cs="Arial"/>
          <w:b/>
          <w:bCs/>
          <w:sz w:val="30"/>
          <w:szCs w:val="30"/>
          <w:rtl/>
        </w:rPr>
        <w:t>قد</w:t>
      </w:r>
      <w:r>
        <w:rPr>
          <w:b/>
          <w:sz w:val="30"/>
        </w:rPr>
        <w:t xml:space="preserve"> </w:t>
      </w:r>
      <w:r>
        <w:rPr>
          <w:rFonts w:cs="Arial"/>
          <w:b/>
          <w:bCs/>
          <w:sz w:val="30"/>
          <w:szCs w:val="30"/>
          <w:rtl/>
        </w:rPr>
        <w:t>تُرفض</w:t>
      </w:r>
      <w:r>
        <w:rPr>
          <w:b/>
          <w:sz w:val="30"/>
        </w:rPr>
        <w:t xml:space="preserve"> </w:t>
      </w:r>
      <w:r>
        <w:rPr>
          <w:rFonts w:cs="Arial"/>
          <w:b/>
          <w:bCs/>
          <w:sz w:val="30"/>
          <w:szCs w:val="30"/>
          <w:rtl/>
        </w:rPr>
        <w:t>العينة؟</w:t>
      </w:r>
    </w:p>
    <w:p w:rsidR="00D54DBE" w:rsidRDefault="00D54DBE" w:rsidP="00D54DBE">
      <w:pPr>
        <w:jc w:val="right"/>
      </w:pPr>
      <w:r>
        <w:rPr>
          <w:rFonts w:cs="Arial"/>
          <w:rtl/>
        </w:rPr>
        <w:t>جودة</w:t>
      </w:r>
      <w:r>
        <w:t xml:space="preserve"> </w:t>
      </w:r>
      <w:r>
        <w:rPr>
          <w:rFonts w:cs="Arial"/>
          <w:rtl/>
        </w:rPr>
        <w:t>النتيجة</w:t>
      </w:r>
      <w:r>
        <w:t xml:space="preserve"> </w:t>
      </w:r>
      <w:r>
        <w:rPr>
          <w:rFonts w:cs="Arial"/>
          <w:rtl/>
        </w:rPr>
        <w:t>تبدأ</w:t>
      </w:r>
      <w:r>
        <w:t xml:space="preserve"> </w:t>
      </w:r>
      <w:r>
        <w:rPr>
          <w:rFonts w:cs="Arial"/>
          <w:rtl/>
        </w:rPr>
        <w:t>من</w:t>
      </w:r>
      <w:r>
        <w:t xml:space="preserve"> </w:t>
      </w:r>
      <w:r>
        <w:rPr>
          <w:rFonts w:cs="Arial"/>
          <w:rtl/>
        </w:rPr>
        <w:t>جودة</w:t>
      </w:r>
      <w:r>
        <w:t xml:space="preserve"> </w:t>
      </w:r>
      <w:r>
        <w:rPr>
          <w:rFonts w:cs="Arial"/>
          <w:rtl/>
        </w:rPr>
        <w:t>العينة</w:t>
      </w:r>
      <w:r>
        <w:t xml:space="preserve">. </w:t>
      </w:r>
      <w:r>
        <w:rPr>
          <w:rFonts w:cs="Arial"/>
          <w:rtl/>
        </w:rPr>
        <w:t>قد</w:t>
      </w:r>
      <w:r>
        <w:t xml:space="preserve"> </w:t>
      </w:r>
      <w:r>
        <w:rPr>
          <w:rFonts w:cs="Arial"/>
          <w:rtl/>
        </w:rPr>
        <w:t>يضطر</w:t>
      </w:r>
      <w:r>
        <w:t xml:space="preserve"> </w:t>
      </w:r>
      <w:r>
        <w:rPr>
          <w:rFonts w:cs="Arial"/>
          <w:rtl/>
        </w:rPr>
        <w:t>المختبر</w:t>
      </w:r>
      <w:r>
        <w:t xml:space="preserve"> </w:t>
      </w:r>
      <w:r>
        <w:rPr>
          <w:rFonts w:cs="Arial"/>
          <w:rtl/>
        </w:rPr>
        <w:t>إلى</w:t>
      </w:r>
      <w:r>
        <w:t xml:space="preserve"> </w:t>
      </w:r>
      <w:r>
        <w:rPr>
          <w:rFonts w:cs="Arial"/>
          <w:rtl/>
        </w:rPr>
        <w:t>رفض</w:t>
      </w:r>
      <w:r>
        <w:t xml:space="preserve"> </w:t>
      </w:r>
      <w:r>
        <w:rPr>
          <w:rFonts w:cs="Arial"/>
          <w:rtl/>
        </w:rPr>
        <w:t>العينة</w:t>
      </w:r>
      <w:r>
        <w:t xml:space="preserve"> </w:t>
      </w:r>
      <w:r>
        <w:rPr>
          <w:rFonts w:cs="Arial"/>
          <w:rtl/>
        </w:rPr>
        <w:t>عندما</w:t>
      </w:r>
      <w:r>
        <w:t xml:space="preserve"> </w:t>
      </w:r>
      <w:r>
        <w:rPr>
          <w:rFonts w:cs="Arial"/>
          <w:rtl/>
        </w:rPr>
        <w:t>لا</w:t>
      </w:r>
      <w:r>
        <w:t xml:space="preserve"> </w:t>
      </w:r>
      <w:r>
        <w:rPr>
          <w:rFonts w:cs="Arial"/>
          <w:rtl/>
        </w:rPr>
        <w:t>تستوفي</w:t>
      </w:r>
      <w:r>
        <w:t xml:space="preserve"> </w:t>
      </w:r>
      <w:r>
        <w:rPr>
          <w:rFonts w:cs="Arial"/>
          <w:rtl/>
        </w:rPr>
        <w:t>متطلبات</w:t>
      </w:r>
      <w:r>
        <w:t xml:space="preserve"> </w:t>
      </w:r>
      <w:r>
        <w:rPr>
          <w:rFonts w:cs="Arial"/>
          <w:rtl/>
        </w:rPr>
        <w:t>الهوية</w:t>
      </w:r>
      <w:r>
        <w:t xml:space="preserve"> </w:t>
      </w:r>
      <w:r>
        <w:rPr>
          <w:rFonts w:cs="Arial"/>
          <w:rtl/>
        </w:rPr>
        <w:t>أو</w:t>
      </w:r>
      <w:r>
        <w:t xml:space="preserve"> </w:t>
      </w:r>
      <w:r>
        <w:rPr>
          <w:rFonts w:cs="Arial"/>
          <w:rtl/>
        </w:rPr>
        <w:t>النوع</w:t>
      </w:r>
      <w:r>
        <w:t xml:space="preserve"> </w:t>
      </w:r>
      <w:r>
        <w:rPr>
          <w:rFonts w:cs="Arial"/>
          <w:rtl/>
        </w:rPr>
        <w:t>أو</w:t>
      </w:r>
      <w:r>
        <w:t xml:space="preserve"> </w:t>
      </w:r>
      <w:r>
        <w:rPr>
          <w:rFonts w:cs="Arial"/>
          <w:rtl/>
        </w:rPr>
        <w:t>الحجم</w:t>
      </w:r>
      <w:r>
        <w:t xml:space="preserve"> </w:t>
      </w:r>
      <w:r>
        <w:rPr>
          <w:rFonts w:cs="Arial"/>
          <w:rtl/>
        </w:rPr>
        <w:t>أو</w:t>
      </w:r>
      <w:r>
        <w:t xml:space="preserve"> </w:t>
      </w:r>
      <w:r>
        <w:rPr>
          <w:rFonts w:cs="Arial"/>
          <w:rtl/>
        </w:rPr>
        <w:t>النقل</w:t>
      </w:r>
      <w:r>
        <w:t xml:space="preserve"> </w:t>
      </w:r>
      <w:r>
        <w:rPr>
          <w:rFonts w:cs="Arial"/>
          <w:rtl/>
        </w:rPr>
        <w:t>أو</w:t>
      </w:r>
      <w:r>
        <w:t xml:space="preserve"> </w:t>
      </w:r>
      <w:r>
        <w:rPr>
          <w:rFonts w:cs="Arial"/>
          <w:rtl/>
        </w:rPr>
        <w:t>السلامة</w:t>
      </w:r>
      <w:r>
        <w:t xml:space="preserve"> </w:t>
      </w:r>
      <w:r>
        <w:rPr>
          <w:rFonts w:cs="Arial"/>
          <w:rtl/>
        </w:rPr>
        <w:t>أو</w:t>
      </w:r>
      <w:r>
        <w:t xml:space="preserve"> </w:t>
      </w:r>
      <w:r>
        <w:rPr>
          <w:rFonts w:cs="Arial"/>
          <w:rtl/>
        </w:rPr>
        <w:t>جودة</w:t>
      </w:r>
      <w:r>
        <w:t xml:space="preserve"> </w:t>
      </w:r>
      <w:r>
        <w:rPr>
          <w:rFonts w:cs="Arial"/>
          <w:rtl/>
        </w:rPr>
        <w:t>العينة</w:t>
      </w:r>
      <w:r>
        <w:t xml:space="preserve">. </w:t>
      </w:r>
      <w:r>
        <w:rPr>
          <w:rFonts w:cs="Arial"/>
          <w:rtl/>
        </w:rPr>
        <w:t>ويهدف</w:t>
      </w:r>
      <w:r>
        <w:t xml:space="preserve"> </w:t>
      </w:r>
      <w:r>
        <w:rPr>
          <w:rFonts w:cs="Arial"/>
          <w:rtl/>
        </w:rPr>
        <w:t>الرفض</w:t>
      </w:r>
      <w:r>
        <w:t xml:space="preserve"> </w:t>
      </w:r>
      <w:r>
        <w:rPr>
          <w:rFonts w:cs="Arial"/>
          <w:rtl/>
        </w:rPr>
        <w:t>إلى</w:t>
      </w:r>
      <w:r>
        <w:t xml:space="preserve"> </w:t>
      </w:r>
      <w:r>
        <w:rPr>
          <w:rFonts w:cs="Arial"/>
          <w:rtl/>
        </w:rPr>
        <w:t>منع</w:t>
      </w:r>
      <w:r>
        <w:t xml:space="preserve"> </w:t>
      </w:r>
      <w:r>
        <w:rPr>
          <w:rFonts w:cs="Arial"/>
          <w:rtl/>
        </w:rPr>
        <w:t>إصدار</w:t>
      </w:r>
      <w:r>
        <w:t xml:space="preserve"> </w:t>
      </w:r>
      <w:r>
        <w:rPr>
          <w:rFonts w:cs="Arial"/>
          <w:rtl/>
        </w:rPr>
        <w:t>نتيجة</w:t>
      </w:r>
      <w:r>
        <w:t xml:space="preserve"> </w:t>
      </w:r>
      <w:r>
        <w:rPr>
          <w:rFonts w:cs="Arial"/>
          <w:rtl/>
        </w:rPr>
        <w:t>قد</w:t>
      </w:r>
      <w:r>
        <w:t xml:space="preserve"> </w:t>
      </w:r>
      <w:r>
        <w:rPr>
          <w:rFonts w:cs="Arial"/>
          <w:rtl/>
        </w:rPr>
        <w:t>تكون</w:t>
      </w:r>
      <w:r>
        <w:t xml:space="preserve"> </w:t>
      </w:r>
      <w:r>
        <w:rPr>
          <w:rFonts w:cs="Arial"/>
          <w:rtl/>
        </w:rPr>
        <w:t>غير</w:t>
      </w:r>
      <w:r>
        <w:t xml:space="preserve"> </w:t>
      </w:r>
      <w:r>
        <w:rPr>
          <w:rFonts w:cs="Arial"/>
          <w:rtl/>
        </w:rPr>
        <w:t>دقيقة</w:t>
      </w:r>
      <w:r>
        <w:t xml:space="preserve"> </w:t>
      </w:r>
      <w:r>
        <w:rPr>
          <w:rFonts w:cs="Arial"/>
          <w:rtl/>
        </w:rPr>
        <w:t>أو</w:t>
      </w:r>
      <w:r>
        <w:t xml:space="preserve"> </w:t>
      </w:r>
      <w:r>
        <w:rPr>
          <w:rFonts w:cs="Arial"/>
          <w:rtl/>
        </w:rPr>
        <w:t>مضللة</w:t>
      </w:r>
      <w:r>
        <w:t xml:space="preserve"> </w:t>
      </w:r>
      <w:r>
        <w:rPr>
          <w:rFonts w:cs="Arial"/>
          <w:rtl/>
        </w:rPr>
        <w:t>للمريض</w:t>
      </w:r>
      <w:r>
        <w:t>.</w:t>
      </w:r>
    </w:p>
    <w:p w:rsidR="00D54DBE" w:rsidRDefault="00D54DBE" w:rsidP="00D54DBE">
      <w:pPr>
        <w:jc w:val="right"/>
      </w:pPr>
      <w:r>
        <w:rPr>
          <w:rFonts w:cs="Arial"/>
          <w:b/>
          <w:bCs/>
          <w:sz w:val="24"/>
          <w:szCs w:val="24"/>
          <w:rtl/>
        </w:rPr>
        <w:t>أمثلة</w:t>
      </w:r>
      <w:r>
        <w:rPr>
          <w:b/>
          <w:sz w:val="24"/>
        </w:rPr>
        <w:t xml:space="preserve"> </w:t>
      </w:r>
      <w:r>
        <w:rPr>
          <w:rFonts w:cs="Arial"/>
          <w:b/>
          <w:bCs/>
          <w:sz w:val="24"/>
          <w:szCs w:val="24"/>
          <w:rtl/>
        </w:rPr>
        <w:t>شائعة</w:t>
      </w:r>
      <w:r>
        <w:rPr>
          <w:b/>
          <w:sz w:val="24"/>
        </w:rPr>
        <w:t xml:space="preserve"> </w:t>
      </w:r>
      <w:r>
        <w:rPr>
          <w:rFonts w:cs="Arial"/>
          <w:b/>
          <w:bCs/>
          <w:sz w:val="24"/>
          <w:szCs w:val="24"/>
          <w:rtl/>
        </w:rPr>
        <w:t>على</w:t>
      </w:r>
      <w:r>
        <w:rPr>
          <w:b/>
          <w:sz w:val="24"/>
        </w:rPr>
        <w:t xml:space="preserve"> </w:t>
      </w:r>
      <w:r>
        <w:rPr>
          <w:rFonts w:cs="Arial"/>
          <w:b/>
          <w:bCs/>
          <w:sz w:val="24"/>
          <w:szCs w:val="24"/>
          <w:rtl/>
        </w:rPr>
        <w:t>أسباب</w:t>
      </w:r>
      <w:r>
        <w:rPr>
          <w:b/>
          <w:sz w:val="24"/>
        </w:rPr>
        <w:t xml:space="preserve"> </w:t>
      </w:r>
      <w:r>
        <w:rPr>
          <w:rFonts w:cs="Arial"/>
          <w:b/>
          <w:bCs/>
          <w:sz w:val="24"/>
          <w:szCs w:val="24"/>
          <w:rtl/>
        </w:rPr>
        <w:t>رفض</w:t>
      </w:r>
      <w:r>
        <w:rPr>
          <w:b/>
          <w:sz w:val="24"/>
        </w:rPr>
        <w:t xml:space="preserve"> </w:t>
      </w:r>
      <w:r>
        <w:rPr>
          <w:rFonts w:cs="Arial"/>
          <w:b/>
          <w:bCs/>
          <w:sz w:val="24"/>
          <w:szCs w:val="24"/>
          <w:rtl/>
        </w:rPr>
        <w:t>العينات</w:t>
      </w:r>
      <w:r>
        <w:rPr>
          <w:b/>
          <w:sz w:val="24"/>
        </w:rPr>
        <w:t>:</w:t>
      </w:r>
    </w:p>
    <w:p w:rsidR="00D54DBE" w:rsidRDefault="00D54DBE" w:rsidP="00D54DBE">
      <w:pPr>
        <w:jc w:val="right"/>
      </w:pPr>
      <w:r>
        <w:rPr>
          <w:sz w:val="21"/>
        </w:rPr>
        <w:t xml:space="preserve">• </w:t>
      </w:r>
      <w:r>
        <w:rPr>
          <w:rFonts w:cs="Arial"/>
          <w:sz w:val="21"/>
          <w:szCs w:val="21"/>
          <w:rtl/>
        </w:rPr>
        <w:t>عينة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غير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مُعنونة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أو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بياناتها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غير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مطابقة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لبيانات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المريض</w:t>
      </w:r>
      <w:r>
        <w:rPr>
          <w:sz w:val="21"/>
        </w:rPr>
        <w:t>.</w:t>
      </w:r>
      <w:r>
        <w:rPr>
          <w:sz w:val="21"/>
        </w:rPr>
        <w:br/>
        <w:t xml:space="preserve">• </w:t>
      </w:r>
      <w:r>
        <w:rPr>
          <w:rFonts w:cs="Arial"/>
          <w:sz w:val="21"/>
          <w:szCs w:val="21"/>
          <w:rtl/>
        </w:rPr>
        <w:t>عينة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متجلطة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عندما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يكون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الفحص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يتطلب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عينة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غير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متجلطة</w:t>
      </w:r>
      <w:r>
        <w:rPr>
          <w:sz w:val="21"/>
        </w:rPr>
        <w:t>.</w:t>
      </w:r>
      <w:r>
        <w:rPr>
          <w:sz w:val="21"/>
        </w:rPr>
        <w:br/>
        <w:t xml:space="preserve">• </w:t>
      </w:r>
      <w:r>
        <w:rPr>
          <w:rFonts w:cs="Arial"/>
          <w:sz w:val="21"/>
          <w:szCs w:val="21"/>
          <w:rtl/>
        </w:rPr>
        <w:t>عينة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منحلة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بشكل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يؤثر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في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الفحص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المطلوب</w:t>
      </w:r>
      <w:r>
        <w:rPr>
          <w:sz w:val="21"/>
        </w:rPr>
        <w:t xml:space="preserve"> (Hemolysis).</w:t>
      </w:r>
      <w:r>
        <w:rPr>
          <w:sz w:val="21"/>
        </w:rPr>
        <w:br/>
        <w:t xml:space="preserve">• </w:t>
      </w:r>
      <w:r>
        <w:rPr>
          <w:rFonts w:cs="Arial"/>
          <w:sz w:val="21"/>
          <w:szCs w:val="21"/>
          <w:rtl/>
        </w:rPr>
        <w:t>كمية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غير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كافية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لإجراء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الفحص</w:t>
      </w:r>
      <w:r>
        <w:rPr>
          <w:sz w:val="21"/>
        </w:rPr>
        <w:t xml:space="preserve"> (QNS).</w:t>
      </w:r>
      <w:r>
        <w:rPr>
          <w:sz w:val="21"/>
        </w:rPr>
        <w:br/>
        <w:t xml:space="preserve">• </w:t>
      </w:r>
      <w:r>
        <w:rPr>
          <w:rFonts w:cs="Arial"/>
          <w:sz w:val="21"/>
          <w:szCs w:val="21"/>
          <w:rtl/>
        </w:rPr>
        <w:t>استخدام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الأنبوب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أو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نوع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العينة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غير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المناسب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للفحص</w:t>
      </w:r>
      <w:r>
        <w:rPr>
          <w:sz w:val="21"/>
        </w:rPr>
        <w:t>.</w:t>
      </w:r>
      <w:r>
        <w:rPr>
          <w:sz w:val="21"/>
        </w:rPr>
        <w:br/>
        <w:t xml:space="preserve">• </w:t>
      </w:r>
      <w:r>
        <w:rPr>
          <w:rFonts w:cs="Arial"/>
          <w:sz w:val="21"/>
          <w:szCs w:val="21"/>
          <w:rtl/>
        </w:rPr>
        <w:t>عدم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ملء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أنبوب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السيترات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بالحجم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المطلوب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لفحوصات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التخثر</w:t>
      </w:r>
      <w:r>
        <w:rPr>
          <w:sz w:val="21"/>
        </w:rPr>
        <w:t>.</w:t>
      </w:r>
      <w:r>
        <w:rPr>
          <w:sz w:val="21"/>
        </w:rPr>
        <w:br/>
        <w:t xml:space="preserve">• </w:t>
      </w:r>
      <w:r>
        <w:rPr>
          <w:rFonts w:cs="Arial"/>
          <w:sz w:val="21"/>
          <w:szCs w:val="21"/>
          <w:rtl/>
        </w:rPr>
        <w:t>وجود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تسرب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أو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تلف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في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الأنبوب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أو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عدم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سلامة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التغليف</w:t>
      </w:r>
      <w:r>
        <w:rPr>
          <w:sz w:val="21"/>
        </w:rPr>
        <w:t>.</w:t>
      </w:r>
      <w:r>
        <w:rPr>
          <w:sz w:val="21"/>
        </w:rPr>
        <w:br/>
        <w:t xml:space="preserve">• </w:t>
      </w:r>
      <w:r>
        <w:rPr>
          <w:rFonts w:cs="Arial"/>
          <w:sz w:val="21"/>
          <w:szCs w:val="21"/>
          <w:rtl/>
        </w:rPr>
        <w:t>تأخر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النقل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أو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النقل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في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ظروف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غير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مناسبة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تؤثر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في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استقرار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العينة</w:t>
      </w:r>
      <w:r>
        <w:rPr>
          <w:sz w:val="21"/>
        </w:rPr>
        <w:t>.</w:t>
      </w:r>
      <w:r>
        <w:rPr>
          <w:sz w:val="21"/>
        </w:rPr>
        <w:br/>
        <w:t xml:space="preserve">• </w:t>
      </w:r>
      <w:r>
        <w:rPr>
          <w:rFonts w:cs="Arial"/>
          <w:sz w:val="21"/>
          <w:szCs w:val="21"/>
          <w:rtl/>
        </w:rPr>
        <w:t>عدم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اكتمال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أو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عدم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تطابق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معلومات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طلب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الفحص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مع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العينة</w:t>
      </w:r>
      <w:r>
        <w:rPr>
          <w:sz w:val="21"/>
        </w:rPr>
        <w:t>.</w:t>
      </w:r>
    </w:p>
    <w:p w:rsidR="00D54DBE" w:rsidRDefault="00D54DBE" w:rsidP="00D54DBE">
      <w:pPr>
        <w:jc w:val="right"/>
      </w:pPr>
      <w:r>
        <w:rPr>
          <w:rFonts w:cs="Arial"/>
          <w:b/>
          <w:bCs/>
          <w:sz w:val="24"/>
          <w:szCs w:val="24"/>
          <w:rtl/>
        </w:rPr>
        <w:t>العينات</w:t>
      </w:r>
      <w:r>
        <w:rPr>
          <w:b/>
          <w:sz w:val="24"/>
        </w:rPr>
        <w:t xml:space="preserve"> </w:t>
      </w:r>
      <w:r>
        <w:rPr>
          <w:rFonts w:cs="Arial"/>
          <w:b/>
          <w:bCs/>
          <w:sz w:val="24"/>
          <w:szCs w:val="24"/>
          <w:rtl/>
        </w:rPr>
        <w:t>المرفوضة</w:t>
      </w:r>
      <w:r>
        <w:rPr>
          <w:b/>
          <w:sz w:val="24"/>
        </w:rPr>
        <w:t xml:space="preserve"> </w:t>
      </w:r>
      <w:r>
        <w:rPr>
          <w:rFonts w:cs="Arial"/>
          <w:b/>
          <w:bCs/>
          <w:sz w:val="24"/>
          <w:szCs w:val="24"/>
          <w:rtl/>
        </w:rPr>
        <w:t>في</w:t>
      </w:r>
      <w:r>
        <w:rPr>
          <w:b/>
          <w:sz w:val="24"/>
        </w:rPr>
        <w:t xml:space="preserve"> </w:t>
      </w:r>
      <w:r>
        <w:rPr>
          <w:rFonts w:cs="Arial"/>
          <w:b/>
          <w:bCs/>
          <w:sz w:val="24"/>
          <w:szCs w:val="24"/>
          <w:rtl/>
        </w:rPr>
        <w:t>فحوصات</w:t>
      </w:r>
      <w:r>
        <w:rPr>
          <w:b/>
          <w:sz w:val="24"/>
        </w:rPr>
        <w:t xml:space="preserve"> </w:t>
      </w:r>
      <w:r>
        <w:rPr>
          <w:rFonts w:cs="Arial"/>
          <w:b/>
          <w:bCs/>
          <w:sz w:val="24"/>
          <w:szCs w:val="24"/>
          <w:rtl/>
        </w:rPr>
        <w:t>التخثر</w:t>
      </w:r>
      <w:r>
        <w:rPr>
          <w:b/>
          <w:sz w:val="24"/>
        </w:rPr>
        <w:t xml:space="preserve"> </w:t>
      </w:r>
      <w:r>
        <w:rPr>
          <w:rFonts w:cs="Arial"/>
          <w:b/>
          <w:bCs/>
          <w:sz w:val="24"/>
          <w:szCs w:val="24"/>
          <w:rtl/>
        </w:rPr>
        <w:t>بشكل</w:t>
      </w:r>
      <w:r>
        <w:rPr>
          <w:b/>
          <w:sz w:val="24"/>
        </w:rPr>
        <w:t xml:space="preserve"> </w:t>
      </w:r>
      <w:r>
        <w:rPr>
          <w:rFonts w:cs="Arial"/>
          <w:b/>
          <w:bCs/>
          <w:sz w:val="24"/>
          <w:szCs w:val="24"/>
          <w:rtl/>
        </w:rPr>
        <w:t>خاص</w:t>
      </w:r>
      <w:r>
        <w:rPr>
          <w:b/>
          <w:sz w:val="24"/>
        </w:rPr>
        <w:t>:</w:t>
      </w:r>
    </w:p>
    <w:p w:rsidR="00D54DBE" w:rsidRDefault="00D54DBE" w:rsidP="00D54DBE">
      <w:pPr>
        <w:jc w:val="right"/>
        <w:rPr>
          <w:rFonts w:cs="Arial"/>
          <w:sz w:val="21"/>
          <w:szCs w:val="21"/>
          <w:rtl/>
        </w:rPr>
      </w:pPr>
      <w:r>
        <w:rPr>
          <w:rFonts w:cs="Arial"/>
          <w:sz w:val="21"/>
          <w:szCs w:val="21"/>
          <w:rtl/>
        </w:rPr>
        <w:t>من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أهم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الأسباب</w:t>
      </w:r>
      <w:r>
        <w:rPr>
          <w:sz w:val="21"/>
        </w:rPr>
        <w:t xml:space="preserve">: </w:t>
      </w:r>
      <w:r>
        <w:rPr>
          <w:rFonts w:cs="Arial"/>
          <w:sz w:val="21"/>
          <w:szCs w:val="21"/>
          <w:rtl/>
        </w:rPr>
        <w:t>أنبوب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سيترات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غير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ممتلئ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بالشكل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المطلوب،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وجود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خثرة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داخل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العينة،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استخدام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أنبوب</w:t>
      </w:r>
      <w:r>
        <w:rPr>
          <w:sz w:val="21"/>
        </w:rPr>
        <w:t xml:space="preserve"> EDTA </w:t>
      </w:r>
      <w:r>
        <w:rPr>
          <w:rFonts w:cs="Arial"/>
          <w:sz w:val="21"/>
          <w:szCs w:val="21"/>
          <w:rtl/>
        </w:rPr>
        <w:t>أو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الهيبارين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بدل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أنبوب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السيترات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عند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طلب</w:t>
      </w:r>
      <w:r>
        <w:rPr>
          <w:sz w:val="21"/>
        </w:rPr>
        <w:t xml:space="preserve"> PT/</w:t>
      </w:r>
      <w:proofErr w:type="spellStart"/>
      <w:r>
        <w:rPr>
          <w:sz w:val="21"/>
        </w:rPr>
        <w:t>aPTT</w:t>
      </w:r>
      <w:proofErr w:type="spellEnd"/>
      <w:r>
        <w:rPr>
          <w:rFonts w:cs="Arial"/>
          <w:sz w:val="21"/>
          <w:szCs w:val="21"/>
          <w:rtl/>
        </w:rPr>
        <w:t>،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أو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عدم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الالتزام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بمتطلبات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النقل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والزمن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المحددة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للفحص</w:t>
      </w:r>
      <w:r>
        <w:rPr>
          <w:sz w:val="21"/>
        </w:rPr>
        <w:t xml:space="preserve">. </w:t>
      </w:r>
      <w:r>
        <w:rPr>
          <w:rFonts w:cs="Arial"/>
          <w:sz w:val="21"/>
          <w:szCs w:val="21"/>
          <w:rtl/>
        </w:rPr>
        <w:t>لا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ينبغي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اعتماد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نتيجة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تخثر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من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عينة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غير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مناسبة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إلا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وفق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سياسة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مختبر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موثقة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ومعايير</w:t>
      </w:r>
    </w:p>
    <w:p w:rsidR="00D54DBE" w:rsidRDefault="00D54DBE" w:rsidP="00D54DBE">
      <w:pPr>
        <w:jc w:val="right"/>
      </w:pPr>
      <w:r w:rsidRPr="00D54DBE">
        <w:rPr>
          <w:noProof/>
          <w:sz w:val="21"/>
        </w:rPr>
        <w:lastRenderedPageBreak/>
        <w:drawing>
          <wp:inline distT="0" distB="0" distL="0" distR="0">
            <wp:extent cx="6492240" cy="4328160"/>
            <wp:effectExtent l="0" t="0" r="3810" b="0"/>
            <wp:docPr id="7" name="Picture 7" descr="C:\Users\s.alqatawneh\Downloads\32361906-3cb5-45d6-b1fc-9a3c2abeeab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.alqatawneh\Downloads\32361906-3cb5-45d6-b1fc-9a3c2abeeab1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432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قبول</w:t>
      </w:r>
      <w:r>
        <w:rPr>
          <w:sz w:val="21"/>
        </w:rPr>
        <w:t>/</w:t>
      </w:r>
      <w:r>
        <w:rPr>
          <w:rFonts w:cs="Arial"/>
          <w:sz w:val="21"/>
          <w:szCs w:val="21"/>
          <w:rtl/>
        </w:rPr>
        <w:t>رفض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معتمدة</w:t>
      </w:r>
      <w:r>
        <w:rPr>
          <w:sz w:val="21"/>
        </w:rPr>
        <w:t>.</w:t>
      </w:r>
    </w:p>
    <w:p w:rsidR="00D54DBE" w:rsidRDefault="00D54DBE" w:rsidP="00D54DBE">
      <w:pPr>
        <w:jc w:val="right"/>
      </w:pPr>
      <w:r>
        <w:rPr>
          <w:rFonts w:cs="Arial"/>
          <w:b/>
          <w:bCs/>
          <w:sz w:val="24"/>
          <w:szCs w:val="24"/>
          <w:rtl/>
        </w:rPr>
        <w:t>ماذا</w:t>
      </w:r>
      <w:r>
        <w:rPr>
          <w:b/>
          <w:sz w:val="24"/>
        </w:rPr>
        <w:t xml:space="preserve"> </w:t>
      </w:r>
      <w:r>
        <w:rPr>
          <w:rFonts w:cs="Arial"/>
          <w:b/>
          <w:bCs/>
          <w:sz w:val="24"/>
          <w:szCs w:val="24"/>
          <w:rtl/>
        </w:rPr>
        <w:t>يحدث</w:t>
      </w:r>
      <w:r>
        <w:rPr>
          <w:b/>
          <w:sz w:val="24"/>
        </w:rPr>
        <w:t xml:space="preserve"> </w:t>
      </w:r>
      <w:r>
        <w:rPr>
          <w:rFonts w:cs="Arial"/>
          <w:b/>
          <w:bCs/>
          <w:sz w:val="24"/>
          <w:szCs w:val="24"/>
          <w:rtl/>
        </w:rPr>
        <w:t>عند</w:t>
      </w:r>
      <w:r>
        <w:rPr>
          <w:b/>
          <w:sz w:val="24"/>
        </w:rPr>
        <w:t xml:space="preserve"> </w:t>
      </w:r>
      <w:r>
        <w:rPr>
          <w:rFonts w:cs="Arial"/>
          <w:b/>
          <w:bCs/>
          <w:sz w:val="24"/>
          <w:szCs w:val="24"/>
          <w:rtl/>
        </w:rPr>
        <w:t>رفض</w:t>
      </w:r>
      <w:r>
        <w:rPr>
          <w:b/>
          <w:sz w:val="24"/>
        </w:rPr>
        <w:t xml:space="preserve"> </w:t>
      </w:r>
      <w:r>
        <w:rPr>
          <w:rFonts w:cs="Arial"/>
          <w:b/>
          <w:bCs/>
          <w:sz w:val="24"/>
          <w:szCs w:val="24"/>
          <w:rtl/>
        </w:rPr>
        <w:t>العينة؟</w:t>
      </w:r>
    </w:p>
    <w:p w:rsidR="00D54DBE" w:rsidRDefault="00D54DBE" w:rsidP="00D54DBE">
      <w:pPr>
        <w:jc w:val="right"/>
      </w:pPr>
      <w:r>
        <w:rPr>
          <w:rFonts w:cs="Arial"/>
          <w:sz w:val="21"/>
          <w:szCs w:val="21"/>
          <w:rtl/>
        </w:rPr>
        <w:t>يُوثَّق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سبب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الرفض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وفق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نموذج</w:t>
      </w:r>
      <w:r>
        <w:rPr>
          <w:sz w:val="21"/>
        </w:rPr>
        <w:t>/</w:t>
      </w:r>
      <w:r>
        <w:rPr>
          <w:rFonts w:cs="Arial"/>
          <w:sz w:val="21"/>
          <w:szCs w:val="21"/>
          <w:rtl/>
        </w:rPr>
        <w:t>سجل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العينات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المرفوضة،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ويُبلَّغ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مقدم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الطلب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حسب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سياسة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المنشأة،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ويُطلب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سحب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عينة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جديدة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عندما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يكون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ذلك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ضروريًا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وممكنًا</w:t>
      </w:r>
      <w:r>
        <w:rPr>
          <w:sz w:val="21"/>
        </w:rPr>
        <w:t xml:space="preserve">. </w:t>
      </w:r>
      <w:r>
        <w:rPr>
          <w:rFonts w:cs="Arial"/>
          <w:sz w:val="21"/>
          <w:szCs w:val="21"/>
          <w:rtl/>
        </w:rPr>
        <w:t>كما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تُستخدم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بيانات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الرفض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لمتابعة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المؤشرات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وتحديد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أسباب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الأخطاء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قبل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التحليل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واتخاذ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إجراءات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تصحيحية</w:t>
      </w:r>
      <w:r>
        <w:rPr>
          <w:sz w:val="21"/>
        </w:rPr>
        <w:t xml:space="preserve"> </w:t>
      </w:r>
      <w:r>
        <w:rPr>
          <w:rFonts w:cs="Arial"/>
          <w:sz w:val="21"/>
          <w:szCs w:val="21"/>
          <w:rtl/>
        </w:rPr>
        <w:t>وتحسينية</w:t>
      </w:r>
      <w:r>
        <w:rPr>
          <w:sz w:val="21"/>
        </w:rPr>
        <w:t>.</w:t>
      </w:r>
    </w:p>
    <w:p w:rsidR="00D54DBE" w:rsidRDefault="00D54DBE" w:rsidP="00D54DBE">
      <w:pPr>
        <w:jc w:val="right"/>
      </w:pPr>
      <w:r>
        <w:rPr>
          <w:rFonts w:cs="Arial"/>
          <w:b/>
          <w:bCs/>
          <w:sz w:val="24"/>
          <w:szCs w:val="24"/>
          <w:rtl/>
        </w:rPr>
        <w:t>رسالتنا</w:t>
      </w:r>
      <w:r>
        <w:rPr>
          <w:b/>
          <w:sz w:val="24"/>
        </w:rPr>
        <w:t xml:space="preserve"> </w:t>
      </w:r>
      <w:r>
        <w:rPr>
          <w:rFonts w:cs="Arial"/>
          <w:b/>
          <w:bCs/>
          <w:sz w:val="24"/>
          <w:szCs w:val="24"/>
          <w:rtl/>
        </w:rPr>
        <w:t>للمريض</w:t>
      </w:r>
      <w:r>
        <w:rPr>
          <w:b/>
          <w:sz w:val="24"/>
        </w:rPr>
        <w:t xml:space="preserve"> </w:t>
      </w:r>
      <w:r>
        <w:rPr>
          <w:rFonts w:cs="Arial"/>
          <w:b/>
          <w:bCs/>
          <w:sz w:val="24"/>
          <w:szCs w:val="24"/>
          <w:rtl/>
        </w:rPr>
        <w:t>والفريق</w:t>
      </w:r>
      <w:r>
        <w:rPr>
          <w:b/>
          <w:sz w:val="24"/>
        </w:rPr>
        <w:t xml:space="preserve"> </w:t>
      </w:r>
      <w:r>
        <w:rPr>
          <w:rFonts w:cs="Arial"/>
          <w:b/>
          <w:bCs/>
          <w:sz w:val="24"/>
          <w:szCs w:val="24"/>
          <w:rtl/>
        </w:rPr>
        <w:t>الصحي</w:t>
      </w:r>
      <w:r>
        <w:rPr>
          <w:b/>
          <w:sz w:val="24"/>
        </w:rPr>
        <w:t xml:space="preserve">: </w:t>
      </w:r>
      <w:r>
        <w:rPr>
          <w:rFonts w:cs="Arial"/>
          <w:b/>
          <w:bCs/>
          <w:sz w:val="24"/>
          <w:szCs w:val="24"/>
          <w:rtl/>
        </w:rPr>
        <w:t>العينة</w:t>
      </w:r>
      <w:r>
        <w:rPr>
          <w:b/>
          <w:sz w:val="24"/>
        </w:rPr>
        <w:t xml:space="preserve"> </w:t>
      </w:r>
      <w:r>
        <w:rPr>
          <w:rFonts w:cs="Arial"/>
          <w:b/>
          <w:bCs/>
          <w:sz w:val="24"/>
          <w:szCs w:val="24"/>
          <w:rtl/>
        </w:rPr>
        <w:t>الصحيحة</w:t>
      </w:r>
      <w:r>
        <w:rPr>
          <w:b/>
          <w:sz w:val="24"/>
        </w:rPr>
        <w:t xml:space="preserve"> = </w:t>
      </w:r>
      <w:r>
        <w:rPr>
          <w:rFonts w:cs="Arial"/>
          <w:b/>
          <w:bCs/>
          <w:sz w:val="24"/>
          <w:szCs w:val="24"/>
          <w:rtl/>
        </w:rPr>
        <w:t>نتيجة</w:t>
      </w:r>
      <w:r>
        <w:rPr>
          <w:b/>
          <w:sz w:val="24"/>
        </w:rPr>
        <w:t xml:space="preserve"> </w:t>
      </w:r>
      <w:r>
        <w:rPr>
          <w:rFonts w:cs="Arial"/>
          <w:b/>
          <w:bCs/>
          <w:sz w:val="24"/>
          <w:szCs w:val="24"/>
          <w:rtl/>
        </w:rPr>
        <w:t>أكثر</w:t>
      </w:r>
      <w:r>
        <w:rPr>
          <w:b/>
          <w:sz w:val="24"/>
        </w:rPr>
        <w:t xml:space="preserve"> </w:t>
      </w:r>
      <w:r>
        <w:rPr>
          <w:rFonts w:cs="Arial"/>
          <w:b/>
          <w:bCs/>
          <w:sz w:val="24"/>
          <w:szCs w:val="24"/>
          <w:rtl/>
        </w:rPr>
        <w:t>موثوقية</w:t>
      </w:r>
      <w:r>
        <w:rPr>
          <w:b/>
          <w:sz w:val="24"/>
        </w:rPr>
        <w:t xml:space="preserve"> = </w:t>
      </w:r>
      <w:r>
        <w:rPr>
          <w:rFonts w:cs="Arial"/>
          <w:b/>
          <w:bCs/>
          <w:sz w:val="24"/>
          <w:szCs w:val="24"/>
          <w:rtl/>
        </w:rPr>
        <w:t>قرار</w:t>
      </w:r>
      <w:r>
        <w:rPr>
          <w:b/>
          <w:sz w:val="24"/>
        </w:rPr>
        <w:t xml:space="preserve"> </w:t>
      </w:r>
      <w:r>
        <w:rPr>
          <w:rFonts w:cs="Arial"/>
          <w:b/>
          <w:bCs/>
          <w:sz w:val="24"/>
          <w:szCs w:val="24"/>
          <w:rtl/>
        </w:rPr>
        <w:t>طبي</w:t>
      </w:r>
      <w:r>
        <w:rPr>
          <w:b/>
          <w:sz w:val="24"/>
        </w:rPr>
        <w:t xml:space="preserve"> </w:t>
      </w:r>
      <w:r>
        <w:rPr>
          <w:rFonts w:cs="Arial"/>
          <w:b/>
          <w:bCs/>
          <w:sz w:val="24"/>
          <w:szCs w:val="24"/>
          <w:rtl/>
        </w:rPr>
        <w:t>أكثر</w:t>
      </w:r>
      <w:r>
        <w:rPr>
          <w:b/>
          <w:sz w:val="24"/>
        </w:rPr>
        <w:t xml:space="preserve"> </w:t>
      </w:r>
      <w:r>
        <w:rPr>
          <w:rFonts w:cs="Arial"/>
          <w:b/>
          <w:bCs/>
          <w:sz w:val="24"/>
          <w:szCs w:val="24"/>
          <w:rtl/>
        </w:rPr>
        <w:t>أمانًا</w:t>
      </w:r>
      <w:r>
        <w:rPr>
          <w:b/>
          <w:sz w:val="24"/>
        </w:rPr>
        <w:t>.</w:t>
      </w:r>
    </w:p>
    <w:p w:rsidR="00D54DBE" w:rsidRPr="00D54DBE" w:rsidRDefault="00D54DBE" w:rsidP="00D54DBE">
      <w:pPr>
        <w:bidi/>
      </w:pPr>
    </w:p>
    <w:p w:rsidR="00034EF7" w:rsidRDefault="006F7592" w:rsidP="006F7592">
      <w:pPr>
        <w:bidi/>
      </w:pPr>
      <w:r>
        <w:rPr>
          <w:b/>
          <w:color w:val="961E32"/>
          <w:sz w:val="28"/>
        </w:rPr>
        <w:t xml:space="preserve">🔬 </w:t>
      </w:r>
      <w:proofErr w:type="gramStart"/>
      <w:r>
        <w:rPr>
          <w:rFonts w:cs="Arial"/>
          <w:b/>
          <w:bCs/>
          <w:color w:val="961E32"/>
          <w:sz w:val="28"/>
          <w:szCs w:val="28"/>
          <w:rtl/>
        </w:rPr>
        <w:t>افحص</w:t>
      </w:r>
      <w:r>
        <w:rPr>
          <w:b/>
          <w:color w:val="961E32"/>
          <w:sz w:val="28"/>
        </w:rPr>
        <w:t xml:space="preserve">  |</w:t>
      </w:r>
      <w:proofErr w:type="gramEnd"/>
      <w:r>
        <w:rPr>
          <w:b/>
          <w:color w:val="961E32"/>
          <w:sz w:val="28"/>
        </w:rPr>
        <w:t xml:space="preserve">  📊 </w:t>
      </w:r>
      <w:r>
        <w:rPr>
          <w:rFonts w:cs="Arial"/>
          <w:b/>
          <w:bCs/>
          <w:color w:val="961E32"/>
          <w:sz w:val="28"/>
          <w:szCs w:val="28"/>
          <w:rtl/>
        </w:rPr>
        <w:t>اعرف</w:t>
      </w:r>
      <w:r>
        <w:rPr>
          <w:b/>
          <w:color w:val="961E32"/>
          <w:sz w:val="28"/>
        </w:rPr>
        <w:t xml:space="preserve"> </w:t>
      </w:r>
      <w:r>
        <w:rPr>
          <w:rFonts w:cs="Arial"/>
          <w:b/>
          <w:bCs/>
          <w:color w:val="961E32"/>
          <w:sz w:val="28"/>
          <w:szCs w:val="28"/>
          <w:rtl/>
        </w:rPr>
        <w:t>أرقامك</w:t>
      </w:r>
      <w:r>
        <w:rPr>
          <w:b/>
          <w:color w:val="961E32"/>
          <w:sz w:val="28"/>
        </w:rPr>
        <w:t xml:space="preserve">  |  🩺 </w:t>
      </w:r>
      <w:r>
        <w:rPr>
          <w:rFonts w:cs="Arial"/>
          <w:b/>
          <w:bCs/>
          <w:color w:val="961E32"/>
          <w:sz w:val="28"/>
          <w:szCs w:val="28"/>
          <w:rtl/>
        </w:rPr>
        <w:t>ناقش</w:t>
      </w:r>
      <w:r>
        <w:rPr>
          <w:b/>
          <w:color w:val="961E32"/>
          <w:sz w:val="28"/>
        </w:rPr>
        <w:t xml:space="preserve"> </w:t>
      </w:r>
      <w:r>
        <w:rPr>
          <w:rFonts w:cs="Arial"/>
          <w:b/>
          <w:bCs/>
          <w:color w:val="961E32"/>
          <w:sz w:val="28"/>
          <w:szCs w:val="28"/>
          <w:rtl/>
        </w:rPr>
        <w:t>نتائجك</w:t>
      </w:r>
      <w:r>
        <w:rPr>
          <w:b/>
          <w:color w:val="961E32"/>
          <w:sz w:val="28"/>
        </w:rPr>
        <w:t xml:space="preserve"> </w:t>
      </w:r>
      <w:r>
        <w:rPr>
          <w:rFonts w:cs="Arial"/>
          <w:b/>
          <w:bCs/>
          <w:color w:val="961E32"/>
          <w:sz w:val="28"/>
          <w:szCs w:val="28"/>
          <w:rtl/>
        </w:rPr>
        <w:t>مع</w:t>
      </w:r>
      <w:r>
        <w:rPr>
          <w:b/>
          <w:color w:val="961E32"/>
          <w:sz w:val="28"/>
        </w:rPr>
        <w:t xml:space="preserve"> </w:t>
      </w:r>
      <w:r>
        <w:rPr>
          <w:rFonts w:cs="Arial"/>
          <w:b/>
          <w:bCs/>
          <w:color w:val="961E32"/>
          <w:sz w:val="28"/>
          <w:szCs w:val="28"/>
          <w:rtl/>
        </w:rPr>
        <w:t>طبيبك</w:t>
      </w:r>
      <w:r>
        <w:rPr>
          <w:b/>
          <w:color w:val="961E32"/>
          <w:sz w:val="28"/>
        </w:rPr>
        <w:t xml:space="preserve">  |  ❤️ </w:t>
      </w:r>
      <w:r>
        <w:rPr>
          <w:rFonts w:cs="Arial"/>
          <w:b/>
          <w:bCs/>
          <w:color w:val="961E32"/>
          <w:sz w:val="28"/>
          <w:szCs w:val="28"/>
          <w:rtl/>
        </w:rPr>
        <w:t>تحرّك</w:t>
      </w:r>
      <w:r>
        <w:rPr>
          <w:b/>
          <w:color w:val="961E32"/>
          <w:sz w:val="28"/>
        </w:rPr>
        <w:t xml:space="preserve"> </w:t>
      </w:r>
      <w:r>
        <w:rPr>
          <w:rFonts w:cs="Arial"/>
          <w:b/>
          <w:bCs/>
          <w:color w:val="961E32"/>
          <w:sz w:val="28"/>
          <w:szCs w:val="28"/>
          <w:rtl/>
        </w:rPr>
        <w:t>نحو</w:t>
      </w:r>
      <w:r>
        <w:rPr>
          <w:b/>
          <w:color w:val="961E32"/>
          <w:sz w:val="28"/>
        </w:rPr>
        <w:t xml:space="preserve"> </w:t>
      </w:r>
      <w:r>
        <w:rPr>
          <w:rFonts w:cs="Arial"/>
          <w:b/>
          <w:bCs/>
          <w:color w:val="961E32"/>
          <w:sz w:val="28"/>
          <w:szCs w:val="28"/>
          <w:rtl/>
        </w:rPr>
        <w:t>حياة</w:t>
      </w:r>
      <w:r>
        <w:rPr>
          <w:b/>
          <w:color w:val="961E32"/>
          <w:sz w:val="28"/>
        </w:rPr>
        <w:t xml:space="preserve"> </w:t>
      </w:r>
      <w:r>
        <w:rPr>
          <w:rFonts w:cs="Arial"/>
          <w:b/>
          <w:bCs/>
          <w:color w:val="961E32"/>
          <w:sz w:val="28"/>
          <w:szCs w:val="28"/>
          <w:rtl/>
        </w:rPr>
        <w:t>أفضل</w:t>
      </w:r>
    </w:p>
    <w:p w:rsidR="00034EF7" w:rsidRDefault="006F7592" w:rsidP="006F7592">
      <w:pPr>
        <w:pStyle w:val="Heading1"/>
        <w:bidi/>
      </w:pPr>
      <w:r>
        <w:rPr>
          <w:rFonts w:ascii="Arial" w:hAnsi="Arial"/>
          <w:color w:val="781423"/>
          <w:sz w:val="34"/>
        </w:rPr>
        <w:t xml:space="preserve">11. </w:t>
      </w:r>
      <w:r>
        <w:rPr>
          <w:rFonts w:ascii="Arial" w:hAnsi="Arial" w:cs="Arial"/>
          <w:color w:val="781423"/>
          <w:sz w:val="34"/>
          <w:szCs w:val="34"/>
          <w:rtl/>
        </w:rPr>
        <w:t>تنويه</w:t>
      </w:r>
      <w:r>
        <w:rPr>
          <w:rFonts w:ascii="Arial" w:hAnsi="Arial"/>
          <w:color w:val="781423"/>
          <w:sz w:val="34"/>
        </w:rPr>
        <w:t xml:space="preserve"> </w:t>
      </w:r>
      <w:r>
        <w:rPr>
          <w:rFonts w:ascii="Arial" w:hAnsi="Arial" w:cs="Arial"/>
          <w:color w:val="781423"/>
          <w:sz w:val="34"/>
          <w:szCs w:val="34"/>
          <w:rtl/>
        </w:rPr>
        <w:t>طبي</w:t>
      </w:r>
      <w:r>
        <w:rPr>
          <w:rFonts w:ascii="Arial" w:hAnsi="Arial"/>
          <w:color w:val="781423"/>
          <w:sz w:val="34"/>
        </w:rPr>
        <w:t xml:space="preserve"> </w:t>
      </w:r>
      <w:r>
        <w:rPr>
          <w:rFonts w:ascii="Arial" w:hAnsi="Arial" w:cs="Arial"/>
          <w:color w:val="781423"/>
          <w:sz w:val="34"/>
          <w:szCs w:val="34"/>
          <w:rtl/>
        </w:rPr>
        <w:t>مهم</w:t>
      </w:r>
    </w:p>
    <w:p w:rsidR="00034EF7" w:rsidRDefault="006F7592" w:rsidP="006F7592">
      <w:pPr>
        <w:bidi/>
      </w:pPr>
      <w:r>
        <w:rPr>
          <w:rFonts w:cs="Arial"/>
          <w:rtl/>
        </w:rPr>
        <w:t>المعلومات</w:t>
      </w:r>
      <w:r>
        <w:t xml:space="preserve"> </w:t>
      </w:r>
      <w:r>
        <w:rPr>
          <w:rFonts w:cs="Arial"/>
          <w:rtl/>
        </w:rPr>
        <w:t>الواردة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هذه</w:t>
      </w:r>
      <w:r>
        <w:t xml:space="preserve"> </w:t>
      </w:r>
      <w:r>
        <w:rPr>
          <w:rFonts w:cs="Arial"/>
          <w:rtl/>
        </w:rPr>
        <w:t>الوثيقة</w:t>
      </w:r>
      <w:r>
        <w:t xml:space="preserve"> </w:t>
      </w:r>
      <w:r>
        <w:rPr>
          <w:rFonts w:cs="Arial"/>
          <w:rtl/>
        </w:rPr>
        <w:t>لأغراض</w:t>
      </w:r>
      <w:r>
        <w:t xml:space="preserve"> </w:t>
      </w:r>
      <w:r>
        <w:rPr>
          <w:rFonts w:cs="Arial"/>
          <w:rtl/>
        </w:rPr>
        <w:t>التوعية</w:t>
      </w:r>
      <w:r>
        <w:t xml:space="preserve"> </w:t>
      </w:r>
      <w:r>
        <w:rPr>
          <w:rFonts w:cs="Arial"/>
          <w:rtl/>
        </w:rPr>
        <w:t>الصحية</w:t>
      </w:r>
      <w:r>
        <w:t xml:space="preserve"> </w:t>
      </w:r>
      <w:r>
        <w:rPr>
          <w:rFonts w:cs="Arial"/>
          <w:rtl/>
        </w:rPr>
        <w:t>فقط،</w:t>
      </w:r>
      <w:r>
        <w:t xml:space="preserve"> </w:t>
      </w:r>
      <w:r>
        <w:rPr>
          <w:rFonts w:cs="Arial"/>
          <w:rtl/>
        </w:rPr>
        <w:t>ولا</w:t>
      </w:r>
      <w:r>
        <w:t xml:space="preserve"> </w:t>
      </w:r>
      <w:r>
        <w:rPr>
          <w:rFonts w:cs="Arial"/>
          <w:rtl/>
        </w:rPr>
        <w:t>تغني</w:t>
      </w:r>
      <w:r>
        <w:t xml:space="preserve"> </w:t>
      </w:r>
      <w:r>
        <w:rPr>
          <w:rFonts w:cs="Arial"/>
          <w:rtl/>
        </w:rPr>
        <w:t>عن</w:t>
      </w:r>
      <w:r>
        <w:t xml:space="preserve"> </w:t>
      </w:r>
      <w:r>
        <w:rPr>
          <w:rFonts w:cs="Arial"/>
          <w:rtl/>
        </w:rPr>
        <w:t>استشارة</w:t>
      </w:r>
      <w:r>
        <w:t xml:space="preserve"> </w:t>
      </w:r>
      <w:r>
        <w:rPr>
          <w:rFonts w:cs="Arial"/>
          <w:rtl/>
        </w:rPr>
        <w:t>الطبيب</w:t>
      </w:r>
      <w:r>
        <w:t xml:space="preserve"> </w:t>
      </w:r>
      <w:r>
        <w:rPr>
          <w:rFonts w:cs="Arial"/>
          <w:rtl/>
        </w:rPr>
        <w:t>أو</w:t>
      </w:r>
      <w:r>
        <w:t xml:space="preserve"> </w:t>
      </w:r>
      <w:r>
        <w:rPr>
          <w:rFonts w:cs="Arial"/>
          <w:rtl/>
        </w:rPr>
        <w:t>مقدم</w:t>
      </w:r>
      <w:r>
        <w:t xml:space="preserve"> </w:t>
      </w:r>
      <w:r>
        <w:rPr>
          <w:rFonts w:cs="Arial"/>
          <w:rtl/>
        </w:rPr>
        <w:t>الرعاية</w:t>
      </w:r>
      <w:r>
        <w:t xml:space="preserve"> </w:t>
      </w:r>
      <w:r>
        <w:rPr>
          <w:rFonts w:cs="Arial"/>
          <w:rtl/>
        </w:rPr>
        <w:t>الصحية</w:t>
      </w:r>
      <w:r>
        <w:t xml:space="preserve">. </w:t>
      </w:r>
      <w:r>
        <w:rPr>
          <w:rFonts w:cs="Arial"/>
          <w:rtl/>
        </w:rPr>
        <w:t>لا</w:t>
      </w:r>
      <w:r>
        <w:t xml:space="preserve"> </w:t>
      </w:r>
      <w:r>
        <w:rPr>
          <w:rFonts w:cs="Arial"/>
          <w:rtl/>
        </w:rPr>
        <w:t>ينبغي</w:t>
      </w:r>
      <w:r>
        <w:t xml:space="preserve"> </w:t>
      </w:r>
      <w:r>
        <w:rPr>
          <w:rFonts w:cs="Arial"/>
          <w:rtl/>
        </w:rPr>
        <w:t>استخدام</w:t>
      </w:r>
      <w:r>
        <w:t xml:space="preserve"> </w:t>
      </w:r>
      <w:r>
        <w:rPr>
          <w:rFonts w:cs="Arial"/>
          <w:rtl/>
        </w:rPr>
        <w:t>هذه</w:t>
      </w:r>
      <w:r>
        <w:t xml:space="preserve"> </w:t>
      </w:r>
      <w:r>
        <w:rPr>
          <w:rFonts w:cs="Arial"/>
          <w:rtl/>
        </w:rPr>
        <w:t>المعلومات</w:t>
      </w:r>
      <w:r>
        <w:t xml:space="preserve"> </w:t>
      </w:r>
      <w:r>
        <w:rPr>
          <w:rFonts w:cs="Arial"/>
          <w:rtl/>
        </w:rPr>
        <w:t>لتشخيص</w:t>
      </w:r>
      <w:r>
        <w:t xml:space="preserve"> </w:t>
      </w:r>
      <w:r>
        <w:rPr>
          <w:rFonts w:cs="Arial"/>
          <w:rtl/>
        </w:rPr>
        <w:t>مرض</w:t>
      </w:r>
      <w:r>
        <w:t xml:space="preserve"> </w:t>
      </w:r>
      <w:r>
        <w:rPr>
          <w:rFonts w:cs="Arial"/>
          <w:rtl/>
        </w:rPr>
        <w:t>أو</w:t>
      </w:r>
      <w:r>
        <w:t xml:space="preserve"> </w:t>
      </w:r>
      <w:r>
        <w:rPr>
          <w:rFonts w:cs="Arial"/>
          <w:rtl/>
        </w:rPr>
        <w:t>تغيير</w:t>
      </w:r>
      <w:r>
        <w:t xml:space="preserve"> </w:t>
      </w:r>
      <w:r>
        <w:rPr>
          <w:rFonts w:cs="Arial"/>
          <w:rtl/>
        </w:rPr>
        <w:t>العلاج</w:t>
      </w:r>
      <w:r>
        <w:t xml:space="preserve">. </w:t>
      </w:r>
      <w:r>
        <w:rPr>
          <w:rFonts w:cs="Arial"/>
          <w:rtl/>
        </w:rPr>
        <w:t>قد</w:t>
      </w:r>
      <w:r>
        <w:t xml:space="preserve"> </w:t>
      </w:r>
      <w:r>
        <w:rPr>
          <w:rFonts w:cs="Arial"/>
          <w:rtl/>
        </w:rPr>
        <w:t>تختلف</w:t>
      </w:r>
      <w:r>
        <w:t xml:space="preserve"> </w:t>
      </w:r>
      <w:r>
        <w:rPr>
          <w:rFonts w:cs="Arial"/>
          <w:rtl/>
        </w:rPr>
        <w:t>القيم</w:t>
      </w:r>
      <w:r>
        <w:t xml:space="preserve"> </w:t>
      </w:r>
      <w:r>
        <w:rPr>
          <w:rFonts w:cs="Arial"/>
          <w:rtl/>
        </w:rPr>
        <w:t>المرجعية</w:t>
      </w:r>
      <w:r>
        <w:t xml:space="preserve"> </w:t>
      </w:r>
      <w:r>
        <w:rPr>
          <w:rFonts w:cs="Arial"/>
          <w:rtl/>
        </w:rPr>
        <w:t>بين</w:t>
      </w:r>
      <w:r>
        <w:t xml:space="preserve"> </w:t>
      </w:r>
      <w:r>
        <w:rPr>
          <w:rFonts w:cs="Arial"/>
          <w:rtl/>
        </w:rPr>
        <w:t>المختبرات،</w:t>
      </w:r>
      <w:r>
        <w:t xml:space="preserve"> </w:t>
      </w:r>
      <w:r>
        <w:rPr>
          <w:rFonts w:cs="Arial"/>
          <w:rtl/>
        </w:rPr>
        <w:t>بينما</w:t>
      </w:r>
      <w:r>
        <w:t xml:space="preserve"> </w:t>
      </w:r>
      <w:r>
        <w:rPr>
          <w:rFonts w:cs="Arial"/>
          <w:rtl/>
        </w:rPr>
        <w:t>تختلف</w:t>
      </w:r>
      <w:r>
        <w:t xml:space="preserve"> </w:t>
      </w:r>
      <w:r>
        <w:rPr>
          <w:rFonts w:cs="Arial"/>
          <w:rtl/>
        </w:rPr>
        <w:t>الأهداف</w:t>
      </w:r>
      <w:r>
        <w:t xml:space="preserve"> </w:t>
      </w:r>
      <w:r>
        <w:rPr>
          <w:rFonts w:cs="Arial"/>
          <w:rtl/>
        </w:rPr>
        <w:t>العلاجية</w:t>
      </w:r>
      <w:r>
        <w:t xml:space="preserve"> </w:t>
      </w:r>
      <w:r>
        <w:rPr>
          <w:rFonts w:cs="Arial"/>
          <w:rtl/>
        </w:rPr>
        <w:t>بحسب</w:t>
      </w:r>
      <w:r>
        <w:t xml:space="preserve"> </w:t>
      </w:r>
      <w:r>
        <w:rPr>
          <w:rFonts w:cs="Arial"/>
          <w:rtl/>
        </w:rPr>
        <w:t>عمر</w:t>
      </w:r>
      <w:r>
        <w:t xml:space="preserve"> </w:t>
      </w:r>
      <w:r>
        <w:rPr>
          <w:rFonts w:cs="Arial"/>
          <w:rtl/>
        </w:rPr>
        <w:t>المريض</w:t>
      </w:r>
      <w:r>
        <w:t xml:space="preserve"> </w:t>
      </w:r>
      <w:r>
        <w:rPr>
          <w:rFonts w:cs="Arial"/>
          <w:rtl/>
        </w:rPr>
        <w:t>وحالته</w:t>
      </w:r>
      <w:r>
        <w:t xml:space="preserve"> </w:t>
      </w:r>
      <w:r>
        <w:rPr>
          <w:rFonts w:cs="Arial"/>
          <w:rtl/>
        </w:rPr>
        <w:t>الصحية</w:t>
      </w:r>
      <w:r>
        <w:t xml:space="preserve"> </w:t>
      </w:r>
      <w:r>
        <w:rPr>
          <w:rFonts w:cs="Arial"/>
          <w:rtl/>
        </w:rPr>
        <w:t>وعوامل</w:t>
      </w:r>
      <w:r>
        <w:t xml:space="preserve"> </w:t>
      </w:r>
      <w:r>
        <w:rPr>
          <w:rFonts w:cs="Arial"/>
          <w:rtl/>
        </w:rPr>
        <w:t>الخطورة</w:t>
      </w:r>
      <w:r>
        <w:t xml:space="preserve">. </w:t>
      </w:r>
      <w:r>
        <w:rPr>
          <w:rFonts w:cs="Arial"/>
          <w:rtl/>
        </w:rPr>
        <w:t>يجب</w:t>
      </w:r>
      <w:r>
        <w:t xml:space="preserve"> </w:t>
      </w:r>
      <w:r>
        <w:rPr>
          <w:rFonts w:cs="Arial"/>
          <w:rtl/>
        </w:rPr>
        <w:t>الرجوع</w:t>
      </w:r>
      <w:r>
        <w:t xml:space="preserve"> </w:t>
      </w:r>
      <w:r>
        <w:rPr>
          <w:rFonts w:cs="Arial"/>
          <w:rtl/>
        </w:rPr>
        <w:t>إلى</w:t>
      </w:r>
      <w:r>
        <w:t xml:space="preserve"> </w:t>
      </w:r>
      <w:r>
        <w:rPr>
          <w:rFonts w:cs="Arial"/>
          <w:rtl/>
        </w:rPr>
        <w:t>القيم</w:t>
      </w:r>
      <w:r>
        <w:t xml:space="preserve"> </w:t>
      </w:r>
      <w:r>
        <w:rPr>
          <w:rFonts w:cs="Arial"/>
          <w:rtl/>
        </w:rPr>
        <w:t>المرجعية</w:t>
      </w:r>
      <w:r>
        <w:t xml:space="preserve"> </w:t>
      </w:r>
      <w:r>
        <w:rPr>
          <w:rFonts w:cs="Arial"/>
          <w:rtl/>
        </w:rPr>
        <w:t>المعتمدة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تقرير</w:t>
      </w:r>
      <w:r>
        <w:t xml:space="preserve"> </w:t>
      </w:r>
      <w:r>
        <w:rPr>
          <w:rFonts w:cs="Arial"/>
          <w:rtl/>
        </w:rPr>
        <w:t>المختبر</w:t>
      </w:r>
      <w:r>
        <w:t xml:space="preserve"> </w:t>
      </w:r>
      <w:r>
        <w:rPr>
          <w:rFonts w:cs="Arial"/>
          <w:rtl/>
        </w:rPr>
        <w:t>وتفسير</w:t>
      </w:r>
      <w:r>
        <w:t xml:space="preserve"> </w:t>
      </w:r>
      <w:r>
        <w:rPr>
          <w:rFonts w:cs="Arial"/>
          <w:rtl/>
        </w:rPr>
        <w:t>النتائج</w:t>
      </w:r>
      <w:r>
        <w:t xml:space="preserve"> </w:t>
      </w:r>
      <w:r>
        <w:rPr>
          <w:rFonts w:cs="Arial"/>
          <w:rtl/>
        </w:rPr>
        <w:t>من</w:t>
      </w:r>
      <w:r>
        <w:t xml:space="preserve"> </w:t>
      </w:r>
      <w:r>
        <w:rPr>
          <w:rFonts w:cs="Arial"/>
          <w:rtl/>
        </w:rPr>
        <w:t>قبل</w:t>
      </w:r>
      <w:r>
        <w:t xml:space="preserve"> </w:t>
      </w:r>
      <w:r>
        <w:rPr>
          <w:rFonts w:cs="Arial"/>
          <w:rtl/>
        </w:rPr>
        <w:t>المختص</w:t>
      </w:r>
      <w:r>
        <w:t>.</w:t>
      </w:r>
    </w:p>
    <w:p w:rsidR="00034EF7" w:rsidRDefault="006F7592" w:rsidP="006F7592">
      <w:pPr>
        <w:pStyle w:val="Heading1"/>
        <w:bidi/>
      </w:pPr>
      <w:r>
        <w:rPr>
          <w:rFonts w:ascii="Arial" w:hAnsi="Arial" w:cs="Arial"/>
          <w:color w:val="781423"/>
          <w:sz w:val="34"/>
          <w:szCs w:val="34"/>
          <w:rtl/>
        </w:rPr>
        <w:t>المراجع</w:t>
      </w:r>
      <w:r>
        <w:rPr>
          <w:rFonts w:ascii="Arial" w:hAnsi="Arial"/>
          <w:color w:val="781423"/>
          <w:sz w:val="34"/>
        </w:rPr>
        <w:t xml:space="preserve"> </w:t>
      </w:r>
      <w:r>
        <w:rPr>
          <w:rFonts w:ascii="Arial" w:hAnsi="Arial" w:cs="Arial"/>
          <w:color w:val="781423"/>
          <w:sz w:val="34"/>
          <w:szCs w:val="34"/>
          <w:rtl/>
        </w:rPr>
        <w:t>العلمية</w:t>
      </w:r>
    </w:p>
    <w:p w:rsidR="00034EF7" w:rsidRDefault="006F7592" w:rsidP="006F7592">
      <w:r>
        <w:t>1. World Health Organization (WHO). Noncommunicable diseases. Fact sheet, 25 September 2025. https://www.who.int/news-room/fact-sheets/detail/noncommunicable-diseases</w:t>
      </w:r>
    </w:p>
    <w:p w:rsidR="00034EF7" w:rsidRDefault="006F7592" w:rsidP="006F7592">
      <w:r>
        <w:t>2. World Health Organization (WHO). Cardiovascular diseases (CVDs). Fact sheet, 31 July 2025. https://www.who.int/news-room/fact-sheets/detail/cardiovascular-diseases-%28cvds%29</w:t>
      </w:r>
    </w:p>
    <w:p w:rsidR="00034EF7" w:rsidRDefault="006F7592" w:rsidP="006F7592">
      <w:r>
        <w:lastRenderedPageBreak/>
        <w:t>3. American Diabetes Association. 2. Diagnosis and Classification of Diabetes: Standards of Care in Diabetes—2026. Diabetes Care. 2026;49(Suppl 1). doi:10.2337/dc26-s002. https://doi.org/10.2337/dc26-s002</w:t>
      </w:r>
    </w:p>
    <w:p w:rsidR="00034EF7" w:rsidRDefault="006F7592" w:rsidP="006F7592">
      <w:r>
        <w:t>4. American Diabetes Association. Standards of Care in Diabetes—2026. https://professional.diabetes.org/standards-of-care</w:t>
      </w:r>
    </w:p>
    <w:p w:rsidR="00034EF7" w:rsidRDefault="006F7592" w:rsidP="006F7592">
      <w:r>
        <w:t>5. KDIGO. 2024 Clinical Practice Guideline for the Evaluation and Management of Chronic Kidney Disease. Kidney International. 2024. https://kdigo.org/guidelines/ckd-evaluation-and-management/</w:t>
      </w:r>
    </w:p>
    <w:p w:rsidR="00034EF7" w:rsidRDefault="006F7592" w:rsidP="006F7592">
      <w:r>
        <w:t>6. MedlinePlus. Fasting for a Blood Test. U.S. National Library of Medicine. https://medlineplus.gov/lab-tests/fasting-for-a-blood-test/</w:t>
      </w:r>
    </w:p>
    <w:p w:rsidR="00034EF7" w:rsidRDefault="006F7592" w:rsidP="006F7592">
      <w:r>
        <w:t>7. American Heart Association. How to Get Your Cholesterol Tested. https://www.heart.org/en/health-topics/cholesterol/how-to-get-your-cholesterol-tested</w:t>
      </w:r>
    </w:p>
    <w:p w:rsidR="00034EF7" w:rsidRDefault="006F7592" w:rsidP="006F7592">
      <w:pPr>
        <w:bidi/>
      </w:pPr>
      <w:r>
        <w:rPr>
          <w:rFonts w:cs="Arial"/>
          <w:rtl/>
        </w:rPr>
        <w:t>تاريخ</w:t>
      </w:r>
      <w:r>
        <w:t xml:space="preserve"> </w:t>
      </w:r>
      <w:r>
        <w:rPr>
          <w:rFonts w:cs="Arial"/>
          <w:rtl/>
        </w:rPr>
        <w:t>إعداد</w:t>
      </w:r>
      <w:r>
        <w:t xml:space="preserve"> </w:t>
      </w:r>
      <w:r>
        <w:rPr>
          <w:rFonts w:cs="Arial"/>
          <w:rtl/>
        </w:rPr>
        <w:t>الوثيقة</w:t>
      </w:r>
      <w:r>
        <w:t xml:space="preserve">: </w:t>
      </w:r>
      <w:r>
        <w:rPr>
          <w:rFonts w:cs="Arial"/>
          <w:rtl/>
        </w:rPr>
        <w:t>سبتمبر</w:t>
      </w:r>
      <w:r>
        <w:t xml:space="preserve"> 2026</w:t>
      </w:r>
    </w:p>
    <w:p w:rsidR="00034EF7" w:rsidRDefault="006F7592" w:rsidP="006F7592">
      <w:pPr>
        <w:bidi/>
      </w:pPr>
      <w:r>
        <w:rPr>
          <w:rFonts w:cs="Arial"/>
          <w:rtl/>
        </w:rPr>
        <w:t>إعداد</w:t>
      </w:r>
      <w:r>
        <w:t xml:space="preserve"> </w:t>
      </w:r>
      <w:r>
        <w:rPr>
          <w:rFonts w:cs="Arial"/>
          <w:rtl/>
        </w:rPr>
        <w:t>مقترح</w:t>
      </w:r>
      <w:r>
        <w:t xml:space="preserve">: </w:t>
      </w:r>
      <w:r>
        <w:rPr>
          <w:rFonts w:cs="Arial"/>
          <w:rtl/>
        </w:rPr>
        <w:t>مختبر</w:t>
      </w:r>
      <w:r>
        <w:t xml:space="preserve"> </w:t>
      </w:r>
      <w:r>
        <w:rPr>
          <w:rFonts w:cs="Arial"/>
          <w:rtl/>
        </w:rPr>
        <w:t>القلب</w:t>
      </w:r>
      <w:r>
        <w:t xml:space="preserve"> – </w:t>
      </w:r>
      <w:r>
        <w:rPr>
          <w:rFonts w:cs="Arial"/>
          <w:rtl/>
        </w:rPr>
        <w:t>محتوى</w:t>
      </w:r>
      <w:r>
        <w:t xml:space="preserve"> </w:t>
      </w:r>
      <w:r>
        <w:rPr>
          <w:rFonts w:cs="Arial"/>
          <w:rtl/>
        </w:rPr>
        <w:t>توعوي</w:t>
      </w:r>
      <w:r>
        <w:t xml:space="preserve"> </w:t>
      </w:r>
      <w:r>
        <w:rPr>
          <w:rFonts w:cs="Arial"/>
          <w:rtl/>
        </w:rPr>
        <w:t>ليوم</w:t>
      </w:r>
      <w:r>
        <w:t xml:space="preserve"> </w:t>
      </w:r>
      <w:r>
        <w:rPr>
          <w:rFonts w:cs="Arial"/>
          <w:rtl/>
        </w:rPr>
        <w:t>التغيير</w:t>
      </w:r>
    </w:p>
    <w:sectPr w:rsidR="00034EF7" w:rsidSect="00034616">
      <w:pgSz w:w="12240" w:h="15840"/>
      <w:pgMar w:top="864" w:right="1008" w:bottom="864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414B" w:rsidRDefault="003C414B" w:rsidP="00D54DBE">
      <w:pPr>
        <w:spacing w:after="0" w:line="240" w:lineRule="auto"/>
      </w:pPr>
      <w:r>
        <w:separator/>
      </w:r>
    </w:p>
  </w:endnote>
  <w:endnote w:type="continuationSeparator" w:id="0">
    <w:p w:rsidR="003C414B" w:rsidRDefault="003C414B" w:rsidP="00D54D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414B" w:rsidRDefault="003C414B" w:rsidP="00D54DBE">
      <w:pPr>
        <w:spacing w:after="0" w:line="240" w:lineRule="auto"/>
      </w:pPr>
      <w:r>
        <w:separator/>
      </w:r>
    </w:p>
  </w:footnote>
  <w:footnote w:type="continuationSeparator" w:id="0">
    <w:p w:rsidR="003C414B" w:rsidRDefault="003C414B" w:rsidP="00D54D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34EF7"/>
    <w:rsid w:val="0006063C"/>
    <w:rsid w:val="0015074B"/>
    <w:rsid w:val="0029639D"/>
    <w:rsid w:val="00326F90"/>
    <w:rsid w:val="003C414B"/>
    <w:rsid w:val="006F7592"/>
    <w:rsid w:val="00AA1D8D"/>
    <w:rsid w:val="00B47730"/>
    <w:rsid w:val="00CB0664"/>
    <w:rsid w:val="00D54DB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0521569"/>
  <w14:defaultImageDpi w14:val="300"/>
  <w15:docId w15:val="{81691B2F-33CF-4944-9DA1-9A8CC4710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Arial" w:eastAsia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A5A87DD-4BF2-41DE-B3E6-048A1E396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15</Pages>
  <Words>1548</Words>
  <Characters>8829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10357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Saja alqatawneh</cp:lastModifiedBy>
  <cp:revision>4</cp:revision>
  <dcterms:created xsi:type="dcterms:W3CDTF">2013-12-23T23:15:00Z</dcterms:created>
  <dcterms:modified xsi:type="dcterms:W3CDTF">2026-09-10T09:54:00Z</dcterms:modified>
  <cp:category/>
</cp:coreProperties>
</file>